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50C61" w14:textId="77777777" w:rsidR="00BB7CEA" w:rsidRDefault="00BB7CEA">
      <w:pPr>
        <w:autoSpaceDE w:val="0"/>
        <w:autoSpaceDN w:val="0"/>
        <w:spacing w:after="78" w:line="220" w:lineRule="exact"/>
      </w:pPr>
      <w:bookmarkStart w:id="0" w:name="_Hlk145584363"/>
    </w:p>
    <w:p w14:paraId="2EEA7077" w14:textId="3F793B88" w:rsidR="00BB7CEA" w:rsidRPr="00735834" w:rsidRDefault="00F533DF" w:rsidP="00F533DF">
      <w:pPr>
        <w:autoSpaceDE w:val="0"/>
        <w:autoSpaceDN w:val="0"/>
        <w:spacing w:after="0" w:line="230" w:lineRule="auto"/>
        <w:ind w:left="792"/>
        <w:jc w:val="center"/>
        <w:rPr>
          <w:lang w:val="ru-RU"/>
        </w:rPr>
        <w:sectPr w:rsidR="00BB7CEA" w:rsidRPr="00735834">
          <w:type w:val="continuous"/>
          <w:pgSz w:w="11900" w:h="16840"/>
          <w:pgMar w:top="298" w:right="874" w:bottom="398" w:left="1440" w:header="720" w:footer="720" w:gutter="0"/>
          <w:cols w:space="720" w:equalWidth="0">
            <w:col w:w="9586" w:space="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color w:val="000000"/>
          <w:sz w:val="24"/>
          <w:lang w:val="ru-RU"/>
        </w:rPr>
        <w:drawing>
          <wp:inline distT="0" distB="0" distL="0" distR="0" wp14:anchorId="4228424E" wp14:editId="46B940C3">
            <wp:extent cx="5290014" cy="72580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650" cy="7261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 w14:paraId="5A1F79B8" w14:textId="77777777" w:rsidR="00BB7CEA" w:rsidRPr="00735834" w:rsidRDefault="00735834" w:rsidP="003F4A93">
      <w:pPr>
        <w:autoSpaceDE w:val="0"/>
        <w:autoSpaceDN w:val="0"/>
        <w:spacing w:after="0" w:line="230" w:lineRule="auto"/>
        <w:jc w:val="center"/>
        <w:rPr>
          <w:lang w:val="ru-RU"/>
        </w:rPr>
      </w:pPr>
      <w:r w:rsidRPr="00735834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14:paraId="048D662F" w14:textId="77777777" w:rsidR="00BB7CEA" w:rsidRPr="00735834" w:rsidRDefault="00735834" w:rsidP="003F4A93">
      <w:pPr>
        <w:autoSpaceDE w:val="0"/>
        <w:autoSpaceDN w:val="0"/>
        <w:spacing w:before="346" w:after="0" w:line="262" w:lineRule="auto"/>
        <w:jc w:val="center"/>
        <w:rPr>
          <w:lang w:val="ru-RU"/>
        </w:rPr>
      </w:pPr>
      <w:r w:rsidRPr="00735834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КУРСА «ОСНОВЫ ДУХОВНО-НРАВСТВЕННОЙ КУЛЬТУРЫ НАРОДОВ РОССИИ»</w:t>
      </w:r>
    </w:p>
    <w:p w14:paraId="3F95C07D" w14:textId="77777777" w:rsidR="00BB7CEA" w:rsidRPr="00735834" w:rsidRDefault="00735834">
      <w:pPr>
        <w:tabs>
          <w:tab w:val="left" w:pos="180"/>
        </w:tabs>
        <w:autoSpaceDE w:val="0"/>
        <w:autoSpaceDN w:val="0"/>
        <w:spacing w:before="166" w:after="0" w:line="286" w:lineRule="auto"/>
        <w:ind w:right="144"/>
        <w:rPr>
          <w:lang w:val="ru-RU"/>
        </w:rPr>
      </w:pP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Программа по предметной области «Основы духовно-нравственной культуры народов России»(далее  — ОДНКНР) для 5 классов образовательных организаций составлена в соответствии с: </w:t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требованиями Федерального государственного образовательного стандарта основного общего образования (ФГОС ООО) (утверждён приказом  Министерства просвещения Российской Федерации от 31 мая 2021 г. № 287); </w:t>
      </w:r>
      <w:r w:rsidRPr="00735834">
        <w:rPr>
          <w:lang w:val="ru-RU"/>
        </w:rPr>
        <w:br/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требованиями к результатам освоения программы основного общего образования (личностным, метапредметным, предметным); </w:t>
      </w:r>
      <w:r w:rsidRPr="00735834">
        <w:rPr>
          <w:lang w:val="ru-RU"/>
        </w:rPr>
        <w:br/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основными подходами к развитию и формированию универсальных учебных действий (УУД) для основного общего образования.</w:t>
      </w:r>
    </w:p>
    <w:p w14:paraId="6F0643B7" w14:textId="77777777" w:rsidR="00BB7CEA" w:rsidRPr="00735834" w:rsidRDefault="00735834">
      <w:pPr>
        <w:autoSpaceDE w:val="0"/>
        <w:autoSpaceDN w:val="0"/>
        <w:spacing w:before="70" w:after="0" w:line="286" w:lineRule="auto"/>
        <w:ind w:right="144" w:firstLine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В программе по данному курсу соблюдается преемственность с Федеральным государственным образовательным стандартом начального общего образования, а также учитываются возрастные и психологические особенности обучающихся на ступени основного общего образования, 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необходимость формирования межпредметных связей. Также в программе учитывается, что данная дисциплина носит культурологический и воспитательный характер, что позволяет утверждать, что именно духовно-нравственное развитие обучающихся в духе общероссийской гражданской идентичности на основе традиционных российских духовно-нравственных ценностей — важнейший результат обучения ОДНКНР.</w:t>
      </w:r>
    </w:p>
    <w:p w14:paraId="5E60A82F" w14:textId="77777777" w:rsidR="00BB7CEA" w:rsidRPr="00735834" w:rsidRDefault="00735834">
      <w:pPr>
        <w:autoSpaceDE w:val="0"/>
        <w:autoSpaceDN w:val="0"/>
        <w:spacing w:before="70" w:after="0"/>
        <w:ind w:right="720" w:firstLine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Сохранение традиционных российских духовно-нравственных ценностей как значимой части культурного и исторического наследия народов России  — один из ключевых национальных приоритетов Российской Федерации, способствующих дальнейшей гуманизации и развитию российского общества, формированию гражданской идентичности у подрастающих поколений.</w:t>
      </w:r>
    </w:p>
    <w:p w14:paraId="3D20F1B6" w14:textId="77777777" w:rsidR="00BB7CEA" w:rsidRPr="00735834" w:rsidRDefault="00735834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Согласно Стратегии национальной безопасности Российской Федерации (утверждена указом Президента Российской Федерации от 2  июля 2021 г. № 400, пункт 91), к традиционным российским духовно-нравственным ценностям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историческая память и преемственность поколений, единство народов России. Именно традиционные российские духовно-нравственные ценности объединяют Россию как многонациональное и 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многоконфессиональное государство, лежат в основе представлений о гражданской идентичности как ключевом ориентире духовно-нравственного развития обучающихся.</w:t>
      </w:r>
    </w:p>
    <w:p w14:paraId="33E59667" w14:textId="77777777" w:rsidR="00BB7CEA" w:rsidRPr="00735834" w:rsidRDefault="00735834">
      <w:pPr>
        <w:autoSpaceDE w:val="0"/>
        <w:autoSpaceDN w:val="0"/>
        <w:spacing w:before="70" w:after="0"/>
        <w:ind w:firstLine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Центральная идея гражданской идентичности — образ будущего нашей страны, который 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формируется с учётом национальных и стратегических приоритетов российского общества, 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культурно-исторических традиций всех народов России, духовно-нравственных ценностей, присущих ей на протяжении всей её истории.</w:t>
      </w:r>
    </w:p>
    <w:p w14:paraId="09C7CB9B" w14:textId="77777777" w:rsidR="00BB7CEA" w:rsidRPr="00735834" w:rsidRDefault="00735834">
      <w:pPr>
        <w:autoSpaceDE w:val="0"/>
        <w:autoSpaceDN w:val="0"/>
        <w:spacing w:before="70" w:after="0" w:line="283" w:lineRule="auto"/>
        <w:ind w:right="432" w:firstLine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В  процессе изучения курса ОДНКНР школьники получают возможность систематизировать, расширять и углублять полученные в рамках общественно-научных дисциплин знания и представления о структуре и закономерностях развития социума, о прошлом и настоящем родной страны, находить в истории российского общества существенные связи с традиционной духовно-нравственной культурой России, определять свою идентичность как члена семьи, школьного коллектива, региональной общности, гражданина страны с опорой на традиционные духовно-нравственные ценности.</w:t>
      </w:r>
    </w:p>
    <w:p w14:paraId="50DAB926" w14:textId="77777777" w:rsidR="00BB7CEA" w:rsidRPr="00735834" w:rsidRDefault="00BB7CEA">
      <w:pPr>
        <w:rPr>
          <w:lang w:val="ru-RU"/>
        </w:rPr>
        <w:sectPr w:rsidR="00BB7CEA" w:rsidRPr="00735834">
          <w:pgSz w:w="11900" w:h="16840"/>
          <w:pgMar w:top="298" w:right="650" w:bottom="41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71FDB75A" w14:textId="77777777" w:rsidR="00BB7CEA" w:rsidRPr="00735834" w:rsidRDefault="00BB7CEA">
      <w:pPr>
        <w:autoSpaceDE w:val="0"/>
        <w:autoSpaceDN w:val="0"/>
        <w:spacing w:after="78" w:line="220" w:lineRule="exact"/>
        <w:rPr>
          <w:lang w:val="ru-RU"/>
        </w:rPr>
      </w:pPr>
    </w:p>
    <w:p w14:paraId="2D6FDBA7" w14:textId="77777777" w:rsidR="00BB7CEA" w:rsidRPr="00735834" w:rsidRDefault="00735834">
      <w:pPr>
        <w:autoSpaceDE w:val="0"/>
        <w:autoSpaceDN w:val="0"/>
        <w:spacing w:after="0" w:line="271" w:lineRule="auto"/>
        <w:ind w:firstLine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Не менее важно отметить, что данный курс формируется и преподаётся в соответствии с 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принципами культурологичности и культуросообразности, научности содержания и подхода к отбору информации, соответствия требованиям возрастной педагогики и психологии.</w:t>
      </w:r>
    </w:p>
    <w:p w14:paraId="374A5522" w14:textId="77777777" w:rsidR="00BB7CEA" w:rsidRPr="00735834" w:rsidRDefault="00735834">
      <w:pPr>
        <w:autoSpaceDE w:val="0"/>
        <w:autoSpaceDN w:val="0"/>
        <w:spacing w:before="70" w:after="0" w:line="281" w:lineRule="auto"/>
        <w:ind w:right="288" w:firstLine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В процессе изучения курса обучающиеся получают представление о существенных взаимосвязях между материальной и духовной культурой, обусловленности культурных реалий современного общества его духовно-нравственным обликом. Изучаются основные компоненты культуры, её специфические инструменты самопрезентации, исторические и современные особенности духовно-нравственного развития народов России.</w:t>
      </w:r>
    </w:p>
    <w:p w14:paraId="39B0CD6C" w14:textId="77777777" w:rsidR="00BB7CEA" w:rsidRPr="00735834" w:rsidRDefault="00735834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Содержание курса направлено на формирование нравственного идеала, гражданской идентичности личности обучающегося и воспитание патриотических чувств к Родине (осознание себя как гражданина своего Отечества), формирование исторической памяти.</w:t>
      </w:r>
    </w:p>
    <w:p w14:paraId="4EC57A6E" w14:textId="77777777" w:rsidR="00BB7CEA" w:rsidRPr="00735834" w:rsidRDefault="00735834">
      <w:pPr>
        <w:autoSpaceDE w:val="0"/>
        <w:autoSpaceDN w:val="0"/>
        <w:spacing w:before="72" w:after="0" w:line="281" w:lineRule="auto"/>
        <w:ind w:firstLine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Материал курса представлен через актуализацию макроуровня (Россия в целом как 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многонациональное, поликонфессиональное государство, с едиными для всех законами, 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общероссийскими духовно-нравственными и культурными ценностями) на микроуровне (собственная идентичность, осознанная как часть малой Родины, семьи и семейных традиций, этнической и религиозной истории, к которой принадлежит обучающийся как личность).</w:t>
      </w:r>
    </w:p>
    <w:p w14:paraId="08F6B1C5" w14:textId="77777777" w:rsidR="00BB7CEA" w:rsidRPr="00735834" w:rsidRDefault="00735834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735834">
        <w:rPr>
          <w:rFonts w:ascii="Times New Roman" w:eastAsia="Times New Roman" w:hAnsi="Times New Roman"/>
          <w:i/>
          <w:color w:val="000000"/>
          <w:sz w:val="24"/>
          <w:lang w:val="ru-RU"/>
        </w:rPr>
        <w:t>Принцип культурологичности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 в преподавании означает важность культурологического, а не конфессионального подхода, отсутствие культурной, этнической, религиозной ангажированности в содержании предмета и его смысловых акцентах.</w:t>
      </w:r>
    </w:p>
    <w:p w14:paraId="7B0E83F1" w14:textId="77777777" w:rsidR="00BB7CEA" w:rsidRPr="00735834" w:rsidRDefault="00735834">
      <w:pPr>
        <w:autoSpaceDE w:val="0"/>
        <w:autoSpaceDN w:val="0"/>
        <w:spacing w:before="70" w:after="0"/>
        <w:ind w:firstLine="180"/>
        <w:rPr>
          <w:lang w:val="ru-RU"/>
        </w:rPr>
      </w:pPr>
      <w:r w:rsidRPr="00735834">
        <w:rPr>
          <w:rFonts w:ascii="Times New Roman" w:eastAsia="Times New Roman" w:hAnsi="Times New Roman"/>
          <w:i/>
          <w:color w:val="000000"/>
          <w:sz w:val="24"/>
          <w:lang w:val="ru-RU"/>
        </w:rPr>
        <w:t>Принцип научности подходов и содержания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 в преподавании данной дисциплины означает важность терминологического единства,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феноменам.</w:t>
      </w:r>
    </w:p>
    <w:p w14:paraId="76E8A949" w14:textId="77777777" w:rsidR="00BB7CEA" w:rsidRPr="00735834" w:rsidRDefault="00735834">
      <w:pPr>
        <w:autoSpaceDE w:val="0"/>
        <w:autoSpaceDN w:val="0"/>
        <w:spacing w:before="70" w:after="0"/>
        <w:ind w:firstLine="180"/>
        <w:rPr>
          <w:lang w:val="ru-RU"/>
        </w:rPr>
      </w:pPr>
      <w:r w:rsidRPr="00735834">
        <w:rPr>
          <w:rFonts w:ascii="Times New Roman" w:eastAsia="Times New Roman" w:hAnsi="Times New Roman"/>
          <w:i/>
          <w:color w:val="000000"/>
          <w:sz w:val="24"/>
          <w:lang w:val="ru-RU"/>
        </w:rPr>
        <w:t>Принцип соответствия требованиям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 возрастной педагогики и психологии включает отбор тем и содержания курса согласно приоритетным зонам ближайшего развития, когнитивным способностям и социальным потребностям обучающихся, содержанию гуманитарных и общественно-научных учебных предметов.</w:t>
      </w:r>
    </w:p>
    <w:p w14:paraId="56B355B9" w14:textId="77777777" w:rsidR="00BB7CEA" w:rsidRPr="00735834" w:rsidRDefault="00735834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735834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Принцип формирования гражданского самосознания и общероссийской гражданской идентичности 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основополагающего элемента в воспитании патриотизма и любви к Родине. Данный принцип должен быть реализован через поиск объединяющих черт в духовно-нравственной жизни народов России, их культуре, религии и историческом развитии.</w:t>
      </w:r>
    </w:p>
    <w:p w14:paraId="38EC6BF4" w14:textId="77777777" w:rsidR="00BB7CEA" w:rsidRPr="00735834" w:rsidRDefault="00735834">
      <w:pPr>
        <w:autoSpaceDE w:val="0"/>
        <w:autoSpaceDN w:val="0"/>
        <w:spacing w:before="264" w:after="0" w:line="262" w:lineRule="auto"/>
        <w:rPr>
          <w:lang w:val="ru-RU"/>
        </w:rPr>
      </w:pPr>
      <w:r w:rsidRPr="00735834">
        <w:rPr>
          <w:rFonts w:ascii="Times New Roman" w:eastAsia="Times New Roman" w:hAnsi="Times New Roman"/>
          <w:b/>
          <w:color w:val="000000"/>
          <w:sz w:val="24"/>
          <w:lang w:val="ru-RU"/>
        </w:rPr>
        <w:t>ЦЕЛИ И ЗАДАЧИ ИЗУЧЕНИЯ УЧЕБНОГО КУРСА «ОСНОВЫ ДУХОВНО-НРАВСТВЕННОЙ КУЛЬТУРЫ НАРОДОВ РОССИИ»</w:t>
      </w:r>
    </w:p>
    <w:p w14:paraId="60F64FFF" w14:textId="77777777" w:rsidR="00BB7CEA" w:rsidRPr="00735834" w:rsidRDefault="00735834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73583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Целями 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изучения учебного курса являются:</w:t>
      </w:r>
    </w:p>
    <w:p w14:paraId="6467DA1A" w14:textId="77777777" w:rsidR="00BB7CEA" w:rsidRPr="00735834" w:rsidRDefault="00735834">
      <w:pPr>
        <w:autoSpaceDE w:val="0"/>
        <w:autoSpaceDN w:val="0"/>
        <w:spacing w:before="178" w:after="0"/>
        <w:ind w:left="420" w:right="576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этноконфессионального согласия и взаимодействия, взаимопроникновения и мирного сосуществования народов, религий, национальных культур;</w:t>
      </w:r>
    </w:p>
    <w:p w14:paraId="7F2709EF" w14:textId="77777777" w:rsidR="00BB7CEA" w:rsidRPr="00735834" w:rsidRDefault="00735834">
      <w:pPr>
        <w:autoSpaceDE w:val="0"/>
        <w:autoSpaceDN w:val="0"/>
        <w:spacing w:before="238" w:after="0" w:line="271" w:lineRule="auto"/>
        <w:ind w:left="420" w:right="288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создание условий для становления у обучающихся мировоззрения на основе традиционных российских духовно-нравственных ценностей, ведущих к осознанию своей принадлежности к многонациональному народу Российской Федерации;</w:t>
      </w:r>
    </w:p>
    <w:p w14:paraId="17B504A5" w14:textId="77777777" w:rsidR="00BB7CEA" w:rsidRPr="00735834" w:rsidRDefault="00735834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и сохранение уважения к ценностям и убеждениям представителей разных</w:t>
      </w:r>
    </w:p>
    <w:p w14:paraId="167FFA4C" w14:textId="77777777" w:rsidR="00BB7CEA" w:rsidRPr="00735834" w:rsidRDefault="00BB7CEA">
      <w:pPr>
        <w:rPr>
          <w:lang w:val="ru-RU"/>
        </w:rPr>
        <w:sectPr w:rsidR="00BB7CEA" w:rsidRPr="00735834">
          <w:pgSz w:w="11900" w:h="16840"/>
          <w:pgMar w:top="298" w:right="654" w:bottom="398" w:left="666" w:header="720" w:footer="720" w:gutter="0"/>
          <w:cols w:space="720" w:equalWidth="0">
            <w:col w:w="10580" w:space="0"/>
          </w:cols>
          <w:docGrid w:linePitch="360"/>
        </w:sectPr>
      </w:pPr>
    </w:p>
    <w:p w14:paraId="46B1EC9B" w14:textId="77777777" w:rsidR="00BB7CEA" w:rsidRPr="00735834" w:rsidRDefault="00BB7CEA">
      <w:pPr>
        <w:autoSpaceDE w:val="0"/>
        <w:autoSpaceDN w:val="0"/>
        <w:spacing w:after="66" w:line="220" w:lineRule="exact"/>
        <w:rPr>
          <w:lang w:val="ru-RU"/>
        </w:rPr>
      </w:pPr>
    </w:p>
    <w:p w14:paraId="32CEDC96" w14:textId="77777777" w:rsidR="00BB7CEA" w:rsidRPr="00735834" w:rsidRDefault="00735834">
      <w:pPr>
        <w:autoSpaceDE w:val="0"/>
        <w:autoSpaceDN w:val="0"/>
        <w:spacing w:after="0" w:line="262" w:lineRule="auto"/>
        <w:ind w:left="420" w:right="144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национальностей и вероисповеданий, а также способности к диалогу с представителями других культур и мировоззрений;</w:t>
      </w:r>
    </w:p>
    <w:p w14:paraId="44F13E02" w14:textId="77777777" w:rsidR="00BB7CEA" w:rsidRPr="00735834" w:rsidRDefault="00735834">
      <w:pPr>
        <w:autoSpaceDE w:val="0"/>
        <w:autoSpaceDN w:val="0"/>
        <w:spacing w:before="238" w:after="0" w:line="262" w:lineRule="auto"/>
        <w:ind w:left="420" w:right="1296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идентификация собственной личности как полноправного субъекта культурного, исторического и цивилизационного развития страны.</w:t>
      </w:r>
    </w:p>
    <w:p w14:paraId="75E4B28F" w14:textId="77777777" w:rsidR="00BB7CEA" w:rsidRPr="00735834" w:rsidRDefault="00735834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Цели курса определяют следующие </w:t>
      </w:r>
      <w:r w:rsidRPr="00735834">
        <w:rPr>
          <w:rFonts w:ascii="Times New Roman" w:eastAsia="Times New Roman" w:hAnsi="Times New Roman"/>
          <w:b/>
          <w:color w:val="000000"/>
          <w:sz w:val="24"/>
          <w:lang w:val="ru-RU"/>
        </w:rPr>
        <w:t>задачи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14:paraId="61A2FE00" w14:textId="77777777" w:rsidR="00BB7CEA" w:rsidRPr="00735834" w:rsidRDefault="00735834">
      <w:pPr>
        <w:autoSpaceDE w:val="0"/>
        <w:autoSpaceDN w:val="0"/>
        <w:spacing w:before="178" w:after="0" w:line="262" w:lineRule="auto"/>
        <w:ind w:left="420" w:right="72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овладение предметными компетенциями, имеющими преимущественное значение для формирования гражданской идентичности обучающегося;</w:t>
      </w:r>
    </w:p>
    <w:p w14:paraId="44F72F20" w14:textId="77777777" w:rsidR="00BB7CEA" w:rsidRPr="00735834" w:rsidRDefault="00735834">
      <w:pPr>
        <w:autoSpaceDE w:val="0"/>
        <w:autoSpaceDN w:val="0"/>
        <w:spacing w:before="238" w:after="0" w:line="262" w:lineRule="auto"/>
        <w:ind w:left="420" w:right="72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приобретение и усвоение знаний о нормах общественной морали и нравственности как основополагающих элементах духовной культуры современного общества;</w:t>
      </w:r>
    </w:p>
    <w:p w14:paraId="59D7B265" w14:textId="77777777" w:rsidR="00BB7CEA" w:rsidRPr="00735834" w:rsidRDefault="00735834">
      <w:pPr>
        <w:autoSpaceDE w:val="0"/>
        <w:autoSpaceDN w:val="0"/>
        <w:spacing w:before="240" w:after="0" w:line="271" w:lineRule="auto"/>
        <w:ind w:left="420" w:right="144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развитие представлений о значении духовно-нравственных ценностей и нравственных норм для достойной жизни личности, семьи, общества, ответственного отношения к будущему отцовству и материнству;</w:t>
      </w:r>
    </w:p>
    <w:p w14:paraId="42E3A961" w14:textId="77777777" w:rsidR="00BB7CEA" w:rsidRPr="00735834" w:rsidRDefault="00735834">
      <w:pPr>
        <w:autoSpaceDE w:val="0"/>
        <w:autoSpaceDN w:val="0"/>
        <w:spacing w:before="238" w:after="0" w:line="271" w:lineRule="auto"/>
        <w:ind w:left="420" w:right="288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становление компетенций межкультурного взаимодействия как способности и готовности вести межличностный, межкультурный, межконфессиональный диалог при осознании и сохранении собственной культурной идентичности;</w:t>
      </w:r>
    </w:p>
    <w:p w14:paraId="32E5BC2A" w14:textId="77777777" w:rsidR="00BB7CEA" w:rsidRPr="00735834" w:rsidRDefault="00735834">
      <w:pPr>
        <w:autoSpaceDE w:val="0"/>
        <w:autoSpaceDN w:val="0"/>
        <w:spacing w:before="238" w:after="0" w:line="271" w:lineRule="auto"/>
        <w:ind w:left="420" w:right="576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14:paraId="32706D80" w14:textId="77777777" w:rsidR="00BB7CEA" w:rsidRPr="00735834" w:rsidRDefault="00735834">
      <w:pPr>
        <w:autoSpaceDE w:val="0"/>
        <w:autoSpaceDN w:val="0"/>
        <w:spacing w:before="238" w:after="0" w:line="262" w:lineRule="auto"/>
        <w:ind w:left="420" w:right="864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обучение рефлексии собственного поведения и оценке поведения окружающих через развитие навыков обоснованных нравственных суждений, оценок и выводов;</w:t>
      </w:r>
    </w:p>
    <w:p w14:paraId="1E25A3F7" w14:textId="77777777" w:rsidR="00BB7CEA" w:rsidRPr="00735834" w:rsidRDefault="00735834">
      <w:pPr>
        <w:autoSpaceDE w:val="0"/>
        <w:autoSpaceDN w:val="0"/>
        <w:spacing w:before="238" w:after="0" w:line="262" w:lineRule="auto"/>
        <w:ind w:left="420" w:right="72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воспитание уважительного и бережного отношения к историческому, религиозному и культурному наследию народов России;</w:t>
      </w:r>
    </w:p>
    <w:p w14:paraId="250FF3C1" w14:textId="77777777" w:rsidR="00BB7CEA" w:rsidRPr="00735834" w:rsidRDefault="00735834">
      <w:pPr>
        <w:autoSpaceDE w:val="0"/>
        <w:autoSpaceDN w:val="0"/>
        <w:spacing w:before="238" w:after="0" w:line="262" w:lineRule="auto"/>
        <w:ind w:left="420" w:right="576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содействие осознанному формированию мировоззренческих ориентиров, основанных на приоритете традиционных российских духовно-нравственных ценностей;</w:t>
      </w:r>
    </w:p>
    <w:p w14:paraId="7006EF5A" w14:textId="77777777" w:rsidR="00BB7CEA" w:rsidRPr="00735834" w:rsidRDefault="00735834">
      <w:pPr>
        <w:autoSpaceDE w:val="0"/>
        <w:autoSpaceDN w:val="0"/>
        <w:spacing w:before="238" w:after="0" w:line="271" w:lineRule="auto"/>
        <w:ind w:left="420" w:right="144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патриотизма как формы гражданского самосознания через понимание роли личности в истории и культуре, осознание важности социального взаимодействия, гражданской идентичности для процветания общества в целом.</w:t>
      </w:r>
    </w:p>
    <w:p w14:paraId="55195165" w14:textId="77777777" w:rsidR="00BB7CEA" w:rsidRPr="00735834" w:rsidRDefault="00735834">
      <w:pPr>
        <w:tabs>
          <w:tab w:val="left" w:pos="180"/>
        </w:tabs>
        <w:autoSpaceDE w:val="0"/>
        <w:autoSpaceDN w:val="0"/>
        <w:spacing w:before="180" w:after="0" w:line="262" w:lineRule="auto"/>
        <w:ind w:right="144"/>
        <w:rPr>
          <w:lang w:val="ru-RU"/>
        </w:rPr>
      </w:pP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Изучение курса «Основы духовно-нравственной культуры народов России» вносит значительный вклад в достижение главных целей основного общего образования, способствуя:</w:t>
      </w:r>
    </w:p>
    <w:p w14:paraId="475479B7" w14:textId="77777777" w:rsidR="00BB7CEA" w:rsidRPr="00735834" w:rsidRDefault="00735834">
      <w:pPr>
        <w:autoSpaceDE w:val="0"/>
        <w:autoSpaceDN w:val="0"/>
        <w:spacing w:before="178" w:after="0"/>
        <w:ind w:left="420" w:right="144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расширению и систематизации знаний и представлений школьников о культуре и духовных традициях народов России, о нравственных ценностях, полученных при изучении основ религиозной культуры и светской этики, окружающего мира, литературного чтения и других предметов начальной школы;</w:t>
      </w:r>
    </w:p>
    <w:p w14:paraId="0ECE3C26" w14:textId="77777777" w:rsidR="00BB7CEA" w:rsidRPr="00735834" w:rsidRDefault="00735834">
      <w:pPr>
        <w:autoSpaceDE w:val="0"/>
        <w:autoSpaceDN w:val="0"/>
        <w:spacing w:before="238" w:after="0" w:line="262" w:lineRule="auto"/>
        <w:ind w:left="42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углублению представлений о светской этике, религиозной культуре народов России, их роли в развитии современного общества;</w:t>
      </w:r>
    </w:p>
    <w:p w14:paraId="18E6290B" w14:textId="77777777" w:rsidR="00BB7CEA" w:rsidRPr="00735834" w:rsidRDefault="00735834">
      <w:pPr>
        <w:autoSpaceDE w:val="0"/>
        <w:autoSpaceDN w:val="0"/>
        <w:spacing w:before="238" w:after="0" w:line="271" w:lineRule="auto"/>
        <w:ind w:left="42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формированию основ морали и нравственности, воплощённых в семейных, этнокультурных и религиозных ценностях, ориентированных на соизмерение своих поступков с нравственными идеалами, на осознание своих обязанностей перед обществом и государством;</w:t>
      </w:r>
    </w:p>
    <w:p w14:paraId="50C1370E" w14:textId="77777777" w:rsidR="00BB7CEA" w:rsidRPr="00735834" w:rsidRDefault="00735834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воспитанию патриотизма; уважения к истории, языку, культурным и религиозным традициям</w:t>
      </w:r>
    </w:p>
    <w:p w14:paraId="1F69E66F" w14:textId="77777777" w:rsidR="00BB7CEA" w:rsidRPr="00735834" w:rsidRDefault="00BB7CEA">
      <w:pPr>
        <w:rPr>
          <w:lang w:val="ru-RU"/>
        </w:rPr>
        <w:sectPr w:rsidR="00BB7CEA" w:rsidRPr="00735834">
          <w:pgSz w:w="11900" w:h="16840"/>
          <w:pgMar w:top="286" w:right="762" w:bottom="392" w:left="666" w:header="720" w:footer="720" w:gutter="0"/>
          <w:cols w:space="720" w:equalWidth="0">
            <w:col w:w="10472" w:space="0"/>
          </w:cols>
          <w:docGrid w:linePitch="360"/>
        </w:sectPr>
      </w:pPr>
    </w:p>
    <w:p w14:paraId="3CB9FBB4" w14:textId="77777777" w:rsidR="00BB7CEA" w:rsidRPr="00735834" w:rsidRDefault="00BB7CEA">
      <w:pPr>
        <w:autoSpaceDE w:val="0"/>
        <w:autoSpaceDN w:val="0"/>
        <w:spacing w:after="66" w:line="220" w:lineRule="exact"/>
        <w:rPr>
          <w:lang w:val="ru-RU"/>
        </w:rPr>
      </w:pPr>
    </w:p>
    <w:p w14:paraId="45F9F7E4" w14:textId="77777777" w:rsidR="00BB7CEA" w:rsidRPr="00735834" w:rsidRDefault="00735834">
      <w:pPr>
        <w:autoSpaceDE w:val="0"/>
        <w:autoSpaceDN w:val="0"/>
        <w:spacing w:after="0" w:line="271" w:lineRule="auto"/>
        <w:ind w:left="42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своего народа и других народов России, толерантному отношению к людям другой культуры, умению принимать и ценить ценности других культур, находить в них общее и особенное, черты, способствующие взаимному обогащению культур;</w:t>
      </w:r>
    </w:p>
    <w:p w14:paraId="21A7B4F4" w14:textId="77777777" w:rsidR="00BB7CEA" w:rsidRPr="00735834" w:rsidRDefault="00735834">
      <w:pPr>
        <w:autoSpaceDE w:val="0"/>
        <w:autoSpaceDN w:val="0"/>
        <w:spacing w:before="238" w:after="0" w:line="262" w:lineRule="auto"/>
        <w:ind w:left="420" w:right="432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пробуждению интереса к культуре других народов, проявлению уважения, способности к сотрудничеству, взаимодействию на основе поиска общих культурных стратегий и идеалов;</w:t>
      </w:r>
    </w:p>
    <w:p w14:paraId="39D5C74A" w14:textId="77777777" w:rsidR="00BB7CEA" w:rsidRPr="00735834" w:rsidRDefault="00735834">
      <w:pPr>
        <w:autoSpaceDE w:val="0"/>
        <w:autoSpaceDN w:val="0"/>
        <w:spacing w:before="238" w:after="0" w:line="271" w:lineRule="auto"/>
        <w:ind w:left="42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осознанию приоритетной значимости духовно-нравственных ценностей, проявляющейся в преобладании этических, интеллектуальных, альтруистических мотивов над потребительскими и эгоистическими;</w:t>
      </w:r>
    </w:p>
    <w:p w14:paraId="594B22C5" w14:textId="77777777" w:rsidR="00BB7CEA" w:rsidRPr="00735834" w:rsidRDefault="00735834">
      <w:pPr>
        <w:autoSpaceDE w:val="0"/>
        <w:autoSpaceDN w:val="0"/>
        <w:spacing w:before="240" w:after="0" w:line="262" w:lineRule="auto"/>
        <w:ind w:left="42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раскрытию природы духовно-нравственных ценностей российского общества, объединяющих светскость и духовность;</w:t>
      </w:r>
    </w:p>
    <w:p w14:paraId="3281C4F2" w14:textId="77777777" w:rsidR="00BB7CEA" w:rsidRPr="00735834" w:rsidRDefault="00735834">
      <w:pPr>
        <w:autoSpaceDE w:val="0"/>
        <w:autoSpaceDN w:val="0"/>
        <w:spacing w:before="240" w:after="0" w:line="271" w:lineRule="auto"/>
        <w:ind w:left="42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ответственного отношения к учению и труду, готовности и способности обучающихся к саморазвитию и самообразованию на основе мотивации к обучению и познанию, осознанному выбору ценностных ориентаций, способствующих развитию общества в целом;</w:t>
      </w:r>
    </w:p>
    <w:p w14:paraId="376D488A" w14:textId="77777777" w:rsidR="00BB7CEA" w:rsidRPr="00735834" w:rsidRDefault="00735834">
      <w:pPr>
        <w:autoSpaceDE w:val="0"/>
        <w:autoSpaceDN w:val="0"/>
        <w:spacing w:before="238" w:after="0" w:line="281" w:lineRule="auto"/>
        <w:ind w:left="420" w:right="144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получению научных представлений о культуре и её функциях, особенностях взаимодействия с социальными институтами, а, следовательно, способности их применять в анализе и изучении социально-культурных явлений в истории и культуре России и современном обществе, давать нравственные оценки поступков и событий на основе осознания главенствующей роли духовно-нравственных ценностей в социальных и культурно-исторических процессах;</w:t>
      </w:r>
    </w:p>
    <w:p w14:paraId="76849AB0" w14:textId="77777777" w:rsidR="00BB7CEA" w:rsidRPr="00735834" w:rsidRDefault="00735834">
      <w:pPr>
        <w:autoSpaceDE w:val="0"/>
        <w:autoSpaceDN w:val="0"/>
        <w:spacing w:before="238" w:after="0" w:line="271" w:lineRule="auto"/>
        <w:ind w:left="420" w:right="288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развитию информационной культуры школьников, компетенций в отборе, использовании и структурировании информации, а также возможностей для активной самостоятельной познавательной деятельности.</w:t>
      </w:r>
    </w:p>
    <w:p w14:paraId="582F59DB" w14:textId="77777777" w:rsidR="00BB7CEA" w:rsidRPr="00735834" w:rsidRDefault="00735834">
      <w:pPr>
        <w:autoSpaceDE w:val="0"/>
        <w:autoSpaceDN w:val="0"/>
        <w:spacing w:before="322" w:after="0" w:line="262" w:lineRule="auto"/>
        <w:ind w:right="1008"/>
        <w:rPr>
          <w:lang w:val="ru-RU"/>
        </w:rPr>
      </w:pPr>
      <w:r w:rsidRPr="00735834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КУРСА «ОСНОВЫ ДУХОВНО-НРАВСТВЕННОЙ КУЛЬТУРЫ НАРОДОВ РОССИИ» В УЧЕБНОМ ПЛАНЕ</w:t>
      </w:r>
    </w:p>
    <w:p w14:paraId="2B971395" w14:textId="77777777" w:rsidR="00BB7CEA" w:rsidRPr="00735834" w:rsidRDefault="00735834">
      <w:pPr>
        <w:tabs>
          <w:tab w:val="left" w:pos="180"/>
        </w:tabs>
        <w:autoSpaceDE w:val="0"/>
        <w:autoSpaceDN w:val="0"/>
        <w:spacing w:before="166" w:after="0" w:line="262" w:lineRule="auto"/>
        <w:ind w:right="144"/>
        <w:rPr>
          <w:lang w:val="ru-RU"/>
        </w:rPr>
      </w:pP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Учебный курс "Основы духовно-нравственной культуры народов России" изучается в 5 классе не менее одного часа в неделе, общий объем составляет 34 часа.</w:t>
      </w:r>
    </w:p>
    <w:p w14:paraId="5DD6F99E" w14:textId="77777777" w:rsidR="00BB7CEA" w:rsidRPr="00735834" w:rsidRDefault="00BB7CEA">
      <w:pPr>
        <w:rPr>
          <w:lang w:val="ru-RU"/>
        </w:rPr>
        <w:sectPr w:rsidR="00BB7CEA" w:rsidRPr="00735834">
          <w:pgSz w:w="11900" w:h="16840"/>
          <w:pgMar w:top="286" w:right="736" w:bottom="1440" w:left="666" w:header="720" w:footer="720" w:gutter="0"/>
          <w:cols w:space="720" w:equalWidth="0">
            <w:col w:w="10498" w:space="0"/>
          </w:cols>
          <w:docGrid w:linePitch="360"/>
        </w:sectPr>
      </w:pPr>
    </w:p>
    <w:p w14:paraId="1B330EF9" w14:textId="77777777" w:rsidR="00BB7CEA" w:rsidRPr="00735834" w:rsidRDefault="00BB7CEA">
      <w:pPr>
        <w:autoSpaceDE w:val="0"/>
        <w:autoSpaceDN w:val="0"/>
        <w:spacing w:after="78" w:line="220" w:lineRule="exact"/>
        <w:rPr>
          <w:lang w:val="ru-RU"/>
        </w:rPr>
      </w:pPr>
    </w:p>
    <w:p w14:paraId="10D22181" w14:textId="77777777" w:rsidR="00BB7CEA" w:rsidRPr="00735834" w:rsidRDefault="00735834">
      <w:pPr>
        <w:autoSpaceDE w:val="0"/>
        <w:autoSpaceDN w:val="0"/>
        <w:spacing w:after="0" w:line="230" w:lineRule="auto"/>
        <w:rPr>
          <w:lang w:val="ru-RU"/>
        </w:rPr>
      </w:pPr>
      <w:r w:rsidRPr="00735834">
        <w:rPr>
          <w:rFonts w:ascii="Times New Roman" w:eastAsia="Times New Roman" w:hAnsi="Times New Roman"/>
          <w:b/>
          <w:color w:val="000000"/>
          <w:sz w:val="24"/>
          <w:lang w:val="ru-RU"/>
        </w:rPr>
        <w:t>СОДЕРЖАНИЕ УЧЕБНОГО КУРСА</w:t>
      </w:r>
    </w:p>
    <w:p w14:paraId="685C0A6F" w14:textId="77777777" w:rsidR="00BB7CEA" w:rsidRPr="00735834" w:rsidRDefault="00735834">
      <w:pPr>
        <w:autoSpaceDE w:val="0"/>
        <w:autoSpaceDN w:val="0"/>
        <w:spacing w:before="346" w:after="0" w:line="230" w:lineRule="auto"/>
        <w:ind w:left="180"/>
        <w:rPr>
          <w:lang w:val="ru-RU"/>
        </w:rPr>
      </w:pPr>
      <w:r w:rsidRPr="00735834">
        <w:rPr>
          <w:rFonts w:ascii="Times New Roman" w:eastAsia="Times New Roman" w:hAnsi="Times New Roman"/>
          <w:b/>
          <w:color w:val="000000"/>
          <w:sz w:val="24"/>
          <w:lang w:val="ru-RU"/>
        </w:rPr>
        <w:t>Тематический блок 1.</w:t>
      </w:r>
    </w:p>
    <w:p w14:paraId="2E09237C" w14:textId="77777777" w:rsidR="00BB7CEA" w:rsidRPr="00735834" w:rsidRDefault="00735834">
      <w:pPr>
        <w:autoSpaceDE w:val="0"/>
        <w:autoSpaceDN w:val="0"/>
        <w:spacing w:before="70" w:after="0" w:line="262" w:lineRule="auto"/>
        <w:ind w:left="180" w:right="1296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«Россия — наш общий дом»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1. Зачем изучать курс «Основы духовно-нравственной культуры народов России»?</w:t>
      </w:r>
    </w:p>
    <w:p w14:paraId="2FA319C0" w14:textId="77777777" w:rsidR="00BB7CEA" w:rsidRPr="00735834" w:rsidRDefault="00735834">
      <w:pPr>
        <w:tabs>
          <w:tab w:val="left" w:pos="180"/>
        </w:tabs>
        <w:autoSpaceDE w:val="0"/>
        <w:autoSpaceDN w:val="0"/>
        <w:spacing w:before="70" w:after="0"/>
        <w:rPr>
          <w:lang w:val="ru-RU"/>
        </w:rPr>
      </w:pP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и закрепление гражданского единства. Родина и Отечество. Традиционные ценности и ролевые модели. Традиционная семья. Всеобщий характер морали и нравственности. Русский язык и единое культурное пространство. Риски и угрозы духовно-нравственной культуры народов России. </w:t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2. Наш дом — Россия.</w:t>
      </w:r>
    </w:p>
    <w:p w14:paraId="1F1F9C17" w14:textId="77777777" w:rsidR="00BB7CEA" w:rsidRPr="00735834" w:rsidRDefault="00735834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Россия — многонациональная страна. Многонациональный народ Российской Федерации. Россия как общий дом. Дружба народов.</w:t>
      </w:r>
    </w:p>
    <w:p w14:paraId="1AB3E0D2" w14:textId="77777777" w:rsidR="00BB7CEA" w:rsidRPr="00735834" w:rsidRDefault="00735834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3. Язык и история.</w:t>
      </w:r>
    </w:p>
    <w:p w14:paraId="01C49031" w14:textId="77777777" w:rsidR="00BB7CEA" w:rsidRPr="00735834" w:rsidRDefault="00735834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Что такое язык? Как в языке народа отражается его история? Язык как инструмент культуры. Важность коммуникации между людьми. Языки народов мира, их взаимосвязь.</w:t>
      </w:r>
    </w:p>
    <w:p w14:paraId="6CDC483E" w14:textId="77777777" w:rsidR="00BB7CEA" w:rsidRPr="00735834" w:rsidRDefault="0073583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4. Русский язык — язык общения и язык возможностей.</w:t>
      </w:r>
    </w:p>
    <w:p w14:paraId="59CC6551" w14:textId="77777777" w:rsidR="00BB7CEA" w:rsidRPr="00735834" w:rsidRDefault="00735834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Русский язык — основа российской культуры. Как складывался русский язык: вклад народов России в его развитие. Русский язык как культурообразующий проект и язык межнационального общения.</w:t>
      </w:r>
    </w:p>
    <w:p w14:paraId="1157A979" w14:textId="77777777" w:rsidR="00BB7CEA" w:rsidRPr="00735834" w:rsidRDefault="00735834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Важность общего языка для всех народов России. Возможности, которые даёт русский язык. </w:t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5. Истоки родной культуры.</w:t>
      </w:r>
    </w:p>
    <w:p w14:paraId="6B0D40A6" w14:textId="77777777" w:rsidR="00BB7CEA" w:rsidRPr="00735834" w:rsidRDefault="00735834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Что такое культура. Культура и природа. Роль культуры в жизни общества. Многообразие культур и его причины. Единство культурного пространства России.</w:t>
      </w:r>
    </w:p>
    <w:p w14:paraId="76761B42" w14:textId="77777777" w:rsidR="00BB7CEA" w:rsidRPr="00735834" w:rsidRDefault="0073583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6. Материальная культура.</w:t>
      </w:r>
    </w:p>
    <w:p w14:paraId="2C00B607" w14:textId="77777777" w:rsidR="00BB7CEA" w:rsidRPr="00735834" w:rsidRDefault="00735834">
      <w:pPr>
        <w:tabs>
          <w:tab w:val="left" w:pos="180"/>
        </w:tabs>
        <w:autoSpaceDE w:val="0"/>
        <w:autoSpaceDN w:val="0"/>
        <w:spacing w:before="70" w:after="0" w:line="262" w:lineRule="auto"/>
        <w:ind w:right="1440"/>
        <w:rPr>
          <w:lang w:val="ru-RU"/>
        </w:rPr>
      </w:pP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Материальная культура: архитектура, одежда, пища, транспорт, техника. Связь между материальной культурой и духовно-нравственными ценностями общества.</w:t>
      </w:r>
    </w:p>
    <w:p w14:paraId="3253F88B" w14:textId="77777777" w:rsidR="00BB7CEA" w:rsidRPr="00735834" w:rsidRDefault="0073583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7. Духовная культура.</w:t>
      </w:r>
    </w:p>
    <w:p w14:paraId="5A72C9B5" w14:textId="77777777" w:rsidR="00BB7CEA" w:rsidRPr="00735834" w:rsidRDefault="00735834">
      <w:pPr>
        <w:autoSpaceDE w:val="0"/>
        <w:autoSpaceDN w:val="0"/>
        <w:spacing w:before="70" w:after="0" w:line="230" w:lineRule="auto"/>
        <w:jc w:val="center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Духовно-нравственная культура. Искусство, наука, духовность. Мораль, нравственность, ценности.</w:t>
      </w:r>
    </w:p>
    <w:p w14:paraId="00B0FD19" w14:textId="77777777" w:rsidR="00BB7CEA" w:rsidRPr="00735834" w:rsidRDefault="00735834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Художественное осмысление мира. Символ и знак. Духовная культура как реализация ценностей. </w:t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8. Культура и религия.</w:t>
      </w:r>
    </w:p>
    <w:p w14:paraId="20EA617B" w14:textId="77777777" w:rsidR="00BB7CEA" w:rsidRPr="00735834" w:rsidRDefault="0073583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Религия и культура. Что такое религия, её роль в жизни общества и человека.</w:t>
      </w:r>
    </w:p>
    <w:p w14:paraId="5AAA6467" w14:textId="77777777" w:rsidR="00BB7CEA" w:rsidRPr="00735834" w:rsidRDefault="00735834">
      <w:pPr>
        <w:autoSpaceDE w:val="0"/>
        <w:autoSpaceDN w:val="0"/>
        <w:spacing w:before="70" w:after="0" w:line="230" w:lineRule="auto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Государствообразующие религии России. Единство ценностей в религиях России.</w:t>
      </w:r>
    </w:p>
    <w:p w14:paraId="55DABC04" w14:textId="77777777" w:rsidR="00BB7CEA" w:rsidRPr="00735834" w:rsidRDefault="0073583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9. Культура и образование.</w:t>
      </w:r>
    </w:p>
    <w:p w14:paraId="436BB986" w14:textId="77777777" w:rsidR="00BB7CEA" w:rsidRPr="00735834" w:rsidRDefault="00735834">
      <w:pPr>
        <w:tabs>
          <w:tab w:val="left" w:pos="180"/>
        </w:tabs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Зачем нужно учиться? Культура как способ получения нужных знаний. Образование как ключ к социализации и духовно-нравственному развитию человека.</w:t>
      </w:r>
    </w:p>
    <w:p w14:paraId="16B91BE1" w14:textId="77777777" w:rsidR="00BB7CEA" w:rsidRPr="00735834" w:rsidRDefault="00735834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10. Многообразие культур России (практическое занятие).</w:t>
      </w:r>
    </w:p>
    <w:p w14:paraId="566F442E" w14:textId="77777777" w:rsidR="00BB7CEA" w:rsidRPr="00735834" w:rsidRDefault="00735834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Единство культур народов России. Что значит быть культурным человеком? Знание о культуре народов России.</w:t>
      </w:r>
    </w:p>
    <w:p w14:paraId="05977075" w14:textId="77777777" w:rsidR="00BB7CEA" w:rsidRPr="00735834" w:rsidRDefault="00735834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735834">
        <w:rPr>
          <w:rFonts w:ascii="Times New Roman" w:eastAsia="Times New Roman" w:hAnsi="Times New Roman"/>
          <w:b/>
          <w:color w:val="000000"/>
          <w:sz w:val="24"/>
          <w:lang w:val="ru-RU"/>
        </w:rPr>
        <w:t>Тематический блок 2.</w:t>
      </w:r>
    </w:p>
    <w:p w14:paraId="1DC1E085" w14:textId="77777777" w:rsidR="00BB7CEA" w:rsidRPr="00735834" w:rsidRDefault="00735834">
      <w:pPr>
        <w:autoSpaceDE w:val="0"/>
        <w:autoSpaceDN w:val="0"/>
        <w:spacing w:before="70" w:after="0" w:line="262" w:lineRule="auto"/>
        <w:ind w:left="180" w:right="5184"/>
        <w:rPr>
          <w:lang w:val="ru-RU"/>
        </w:rPr>
      </w:pPr>
      <w:r w:rsidRPr="00735834">
        <w:rPr>
          <w:rFonts w:ascii="Times New Roman" w:eastAsia="Times New Roman" w:hAnsi="Times New Roman"/>
          <w:b/>
          <w:color w:val="000000"/>
          <w:sz w:val="24"/>
          <w:lang w:val="ru-RU"/>
        </w:rPr>
        <w:t>«Семья и духовно-нравственные ценности»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11. Семья — хранитель духовных ценностей.</w:t>
      </w:r>
    </w:p>
    <w:p w14:paraId="31CF01A5" w14:textId="77777777" w:rsidR="00BB7CEA" w:rsidRPr="00735834" w:rsidRDefault="00735834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Семья — базовый элемент общества. Семейные ценности, традиции и культура. Помощь сиротам как духовно-нравственный долг человека.</w:t>
      </w:r>
    </w:p>
    <w:p w14:paraId="6D7EDAAD" w14:textId="77777777" w:rsidR="00BB7CEA" w:rsidRPr="00735834" w:rsidRDefault="0073583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12. Родина начинается с семьи.</w:t>
      </w:r>
    </w:p>
    <w:p w14:paraId="3698007B" w14:textId="77777777" w:rsidR="00BB7CEA" w:rsidRPr="00735834" w:rsidRDefault="00735834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История семьи как часть истории народа, государства, человечества. Как связаны Родина и семья? Что такое Родина и Отечество?</w:t>
      </w:r>
    </w:p>
    <w:p w14:paraId="00573C3D" w14:textId="77777777" w:rsidR="00BB7CEA" w:rsidRPr="00735834" w:rsidRDefault="0073583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13. Традиции семейного воспитания в России.</w:t>
      </w:r>
    </w:p>
    <w:p w14:paraId="2DAEA390" w14:textId="77777777" w:rsidR="00BB7CEA" w:rsidRPr="00735834" w:rsidRDefault="0073583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Семейные традиции народов России. Межнациональные семьи. Семейное воспитание как</w:t>
      </w:r>
    </w:p>
    <w:p w14:paraId="1FC59605" w14:textId="77777777" w:rsidR="00BB7CEA" w:rsidRPr="00735834" w:rsidRDefault="00BB7CEA">
      <w:pPr>
        <w:rPr>
          <w:lang w:val="ru-RU"/>
        </w:rPr>
        <w:sectPr w:rsidR="00BB7CEA" w:rsidRPr="00735834">
          <w:pgSz w:w="11900" w:h="16840"/>
          <w:pgMar w:top="298" w:right="650" w:bottom="398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7A190359" w14:textId="77777777" w:rsidR="00BB7CEA" w:rsidRPr="00735834" w:rsidRDefault="00BB7CEA">
      <w:pPr>
        <w:autoSpaceDE w:val="0"/>
        <w:autoSpaceDN w:val="0"/>
        <w:spacing w:after="66" w:line="220" w:lineRule="exact"/>
        <w:rPr>
          <w:lang w:val="ru-RU"/>
        </w:rPr>
      </w:pPr>
    </w:p>
    <w:p w14:paraId="2CA25CC0" w14:textId="77777777" w:rsidR="00BB7CEA" w:rsidRPr="00735834" w:rsidRDefault="00735834">
      <w:pPr>
        <w:autoSpaceDE w:val="0"/>
        <w:autoSpaceDN w:val="0"/>
        <w:spacing w:after="0" w:line="230" w:lineRule="auto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трансляция ценностей.</w:t>
      </w:r>
    </w:p>
    <w:p w14:paraId="6BCD0F7C" w14:textId="77777777" w:rsidR="00BB7CEA" w:rsidRPr="00735834" w:rsidRDefault="0073583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14. Образ семьи в культуре народов России.</w:t>
      </w:r>
    </w:p>
    <w:p w14:paraId="34D7EACE" w14:textId="77777777" w:rsidR="00BB7CEA" w:rsidRPr="00735834" w:rsidRDefault="00735834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Произведения устного поэтического творчества (сказки, поговорки и т.д.) о семье и семейных обязанностях. Семья в литературе и произведениях разных видов искусства.</w:t>
      </w:r>
    </w:p>
    <w:p w14:paraId="5A57A3E5" w14:textId="77777777" w:rsidR="00BB7CEA" w:rsidRPr="00735834" w:rsidRDefault="0073583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15. Труд в истории семьи.</w:t>
      </w:r>
    </w:p>
    <w:p w14:paraId="6F3777D5" w14:textId="77777777" w:rsidR="00BB7CEA" w:rsidRPr="00735834" w:rsidRDefault="00735834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Социальные роли в истории семьи. Роль домашнего труда. Роль нравственных норм в благополучии семьи.</w:t>
      </w:r>
    </w:p>
    <w:p w14:paraId="3DFD18F2" w14:textId="77777777" w:rsidR="00BB7CEA" w:rsidRPr="00735834" w:rsidRDefault="0073583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16. Семья в современном мире (практическое занятие).</w:t>
      </w:r>
    </w:p>
    <w:p w14:paraId="31B2CB6A" w14:textId="77777777" w:rsidR="00BB7CEA" w:rsidRPr="00735834" w:rsidRDefault="0073583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Рассказ о своей семье (с использованием фотографий, книг, писем и др.). Семейное древо.</w:t>
      </w:r>
    </w:p>
    <w:p w14:paraId="333270A2" w14:textId="77777777" w:rsidR="00BB7CEA" w:rsidRPr="00735834" w:rsidRDefault="00735834">
      <w:pPr>
        <w:autoSpaceDE w:val="0"/>
        <w:autoSpaceDN w:val="0"/>
        <w:spacing w:before="70" w:after="0" w:line="230" w:lineRule="auto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Семейные традиции.</w:t>
      </w:r>
    </w:p>
    <w:p w14:paraId="3117C980" w14:textId="77777777" w:rsidR="00BB7CEA" w:rsidRPr="00735834" w:rsidRDefault="00735834">
      <w:pPr>
        <w:autoSpaceDE w:val="0"/>
        <w:autoSpaceDN w:val="0"/>
        <w:spacing w:before="192" w:after="0" w:line="230" w:lineRule="auto"/>
        <w:ind w:left="180"/>
        <w:rPr>
          <w:lang w:val="ru-RU"/>
        </w:rPr>
      </w:pPr>
      <w:r w:rsidRPr="00735834">
        <w:rPr>
          <w:rFonts w:ascii="Times New Roman" w:eastAsia="Times New Roman" w:hAnsi="Times New Roman"/>
          <w:b/>
          <w:color w:val="000000"/>
          <w:sz w:val="24"/>
          <w:lang w:val="ru-RU"/>
        </w:rPr>
        <w:t>Тематический блок 3.</w:t>
      </w:r>
    </w:p>
    <w:p w14:paraId="7899F463" w14:textId="77777777" w:rsidR="00BB7CEA" w:rsidRPr="00735834" w:rsidRDefault="00735834">
      <w:pPr>
        <w:autoSpaceDE w:val="0"/>
        <w:autoSpaceDN w:val="0"/>
        <w:spacing w:before="72" w:after="0" w:line="262" w:lineRule="auto"/>
        <w:ind w:left="180" w:right="5328"/>
        <w:rPr>
          <w:lang w:val="ru-RU"/>
        </w:rPr>
      </w:pPr>
      <w:r w:rsidRPr="00735834">
        <w:rPr>
          <w:rFonts w:ascii="Times New Roman" w:eastAsia="Times New Roman" w:hAnsi="Times New Roman"/>
          <w:b/>
          <w:color w:val="000000"/>
          <w:sz w:val="24"/>
          <w:lang w:val="ru-RU"/>
        </w:rPr>
        <w:t>«Духовно-нравственное богатство личности»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17. Личность — общество — культура.</w:t>
      </w:r>
    </w:p>
    <w:p w14:paraId="45415F58" w14:textId="77777777" w:rsidR="00BB7CEA" w:rsidRPr="00735834" w:rsidRDefault="00735834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Что делает человека человеком? Почему человек не может жить вне общества. Связь между обществом и культурой как реализация духовно-нравственных ценностей.</w:t>
      </w:r>
    </w:p>
    <w:p w14:paraId="77F383AA" w14:textId="77777777" w:rsidR="00BB7CEA" w:rsidRPr="00735834" w:rsidRDefault="0073583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18. Духовный мир человека. Человек — творец культуры.</w:t>
      </w:r>
    </w:p>
    <w:p w14:paraId="540F02A6" w14:textId="77777777" w:rsidR="00BB7CEA" w:rsidRPr="00735834" w:rsidRDefault="00735834">
      <w:pPr>
        <w:tabs>
          <w:tab w:val="left" w:pos="180"/>
        </w:tabs>
        <w:autoSpaceDE w:val="0"/>
        <w:autoSpaceDN w:val="0"/>
        <w:spacing w:before="70" w:after="0"/>
        <w:rPr>
          <w:lang w:val="ru-RU"/>
        </w:rPr>
      </w:pP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Культура как духовный мир человека. Мораль. Нравственность. Патриотизм. Реализация ценностей в культуре. Творчество: что это такое? Границы творчества. Традиции и новации в культуре. Границы культур. Созидательный труд. Важность труда как творческой деятельности, как реализации. </w:t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19. Личность и духовно-нравственные ценности.</w:t>
      </w:r>
    </w:p>
    <w:p w14:paraId="5EE577BD" w14:textId="77777777" w:rsidR="00BB7CEA" w:rsidRPr="00735834" w:rsidRDefault="00735834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Мораль и нравственность в жизни человека. Взаимопомощь, сострадание, милосердие, любовь, дружба, коллективизм, патриотизм, любовь к близким.</w:t>
      </w:r>
    </w:p>
    <w:p w14:paraId="242F7AE8" w14:textId="77777777" w:rsidR="00BB7CEA" w:rsidRPr="00735834" w:rsidRDefault="00735834">
      <w:pPr>
        <w:autoSpaceDE w:val="0"/>
        <w:autoSpaceDN w:val="0"/>
        <w:spacing w:before="190" w:after="0" w:line="262" w:lineRule="auto"/>
        <w:ind w:left="180" w:right="3312"/>
        <w:rPr>
          <w:lang w:val="ru-RU"/>
        </w:rPr>
      </w:pPr>
      <w:r w:rsidRPr="00735834">
        <w:rPr>
          <w:rFonts w:ascii="Times New Roman" w:eastAsia="Times New Roman" w:hAnsi="Times New Roman"/>
          <w:b/>
          <w:color w:val="000000"/>
          <w:sz w:val="24"/>
          <w:lang w:val="ru-RU"/>
        </w:rPr>
        <w:t>Тематический блок 4. «Культурное единство России»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20. Историческая память как духовно-нравственная ценность.</w:t>
      </w:r>
    </w:p>
    <w:p w14:paraId="4C8AE9AD" w14:textId="77777777" w:rsidR="00BB7CEA" w:rsidRPr="00735834" w:rsidRDefault="00735834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Что такое история и почему она важна? История семьи — часть истории народа, государства, человечества. Важность исторической памяти, недопустимость её фальсификации. Преемственность поколений.</w:t>
      </w:r>
    </w:p>
    <w:p w14:paraId="0833720F" w14:textId="77777777" w:rsidR="00BB7CEA" w:rsidRPr="00735834" w:rsidRDefault="0073583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21. Литература как язык культуры.</w:t>
      </w:r>
    </w:p>
    <w:p w14:paraId="38AB659E" w14:textId="77777777" w:rsidR="00BB7CEA" w:rsidRPr="00735834" w:rsidRDefault="00735834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Литература как художественное осмысление действительности. От сказки к роману. Зачем нужны литературные произведения? Внутренний мир человека и его духовность.</w:t>
      </w:r>
    </w:p>
    <w:p w14:paraId="226632C5" w14:textId="77777777" w:rsidR="00BB7CEA" w:rsidRPr="00735834" w:rsidRDefault="00735834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22. Взаимовлияние культур.</w:t>
      </w:r>
    </w:p>
    <w:p w14:paraId="45B67746" w14:textId="77777777" w:rsidR="00BB7CEA" w:rsidRPr="00735834" w:rsidRDefault="00735834">
      <w:pPr>
        <w:autoSpaceDE w:val="0"/>
        <w:autoSpaceDN w:val="0"/>
        <w:spacing w:before="72" w:after="0" w:line="271" w:lineRule="auto"/>
        <w:ind w:right="432" w:firstLine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Взаимодействие культур. Межпоколенная и межкультурная трансляция. Обмен ценностными установками и идеями. Примеры межкультурной коммуникации как способ формирования общих духовно-нравственных ценностей.</w:t>
      </w:r>
    </w:p>
    <w:p w14:paraId="040A8BC1" w14:textId="77777777" w:rsidR="00BB7CEA" w:rsidRPr="00735834" w:rsidRDefault="0073583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23. Духовно-нравственные ценности российского народа.</w:t>
      </w:r>
    </w:p>
    <w:p w14:paraId="23A01DFE" w14:textId="77777777" w:rsidR="00BB7CEA" w:rsidRPr="00735834" w:rsidRDefault="00735834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справедливость, коллективизм, взаимопомощь, историческая память и преемственность поколений, единство народов России.</w:t>
      </w:r>
    </w:p>
    <w:p w14:paraId="50AB5990" w14:textId="77777777" w:rsidR="00BB7CEA" w:rsidRPr="00735834" w:rsidRDefault="0073583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24. Регионы России: культурное многообразие.</w:t>
      </w:r>
    </w:p>
    <w:p w14:paraId="5897BD4E" w14:textId="77777777" w:rsidR="00BB7CEA" w:rsidRPr="00735834" w:rsidRDefault="00735834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Исторические и социальные причины культурного разнообразия. Каждый регион уникален. Малая Родина — часть общего Отечества.</w:t>
      </w:r>
    </w:p>
    <w:p w14:paraId="50464AED" w14:textId="77777777" w:rsidR="00BB7CEA" w:rsidRPr="00735834" w:rsidRDefault="0073583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25. Праздники в культуре народов России.</w:t>
      </w:r>
    </w:p>
    <w:p w14:paraId="33B54E06" w14:textId="77777777" w:rsidR="00BB7CEA" w:rsidRPr="00735834" w:rsidRDefault="00735834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Что такое праздник? Почему праздники важны. Праздничные традиции в России. Народные праздники как память культуры, как воплощение духовно-нравственных идеалов.</w:t>
      </w:r>
    </w:p>
    <w:p w14:paraId="4D7F138C" w14:textId="77777777" w:rsidR="00BB7CEA" w:rsidRPr="00735834" w:rsidRDefault="00BB7CEA">
      <w:pPr>
        <w:rPr>
          <w:lang w:val="ru-RU"/>
        </w:rPr>
        <w:sectPr w:rsidR="00BB7CEA" w:rsidRPr="00735834">
          <w:pgSz w:w="11900" w:h="16840"/>
          <w:pgMar w:top="286" w:right="688" w:bottom="318" w:left="666" w:header="720" w:footer="720" w:gutter="0"/>
          <w:cols w:space="720" w:equalWidth="0">
            <w:col w:w="10546" w:space="0"/>
          </w:cols>
          <w:docGrid w:linePitch="360"/>
        </w:sectPr>
      </w:pPr>
    </w:p>
    <w:p w14:paraId="1F1DB3C2" w14:textId="77777777" w:rsidR="00BB7CEA" w:rsidRPr="00735834" w:rsidRDefault="00BB7CEA">
      <w:pPr>
        <w:autoSpaceDE w:val="0"/>
        <w:autoSpaceDN w:val="0"/>
        <w:spacing w:after="66" w:line="220" w:lineRule="exact"/>
        <w:rPr>
          <w:lang w:val="ru-RU"/>
        </w:rPr>
      </w:pPr>
    </w:p>
    <w:p w14:paraId="5185E168" w14:textId="77777777" w:rsidR="00BB7CEA" w:rsidRPr="00735834" w:rsidRDefault="00735834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26. Памятники архитектуры в культуре народов России.</w:t>
      </w:r>
    </w:p>
    <w:p w14:paraId="18253B02" w14:textId="77777777" w:rsidR="00BB7CEA" w:rsidRPr="00735834" w:rsidRDefault="00735834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Памятники как часть культуры: исторические, художественные, архитектурные. Культура как память. Музеи. Храмы. Дворцы. Исторические здания как свидетели истории. Архитектура и духовно-нравственные ценности народов России.</w:t>
      </w:r>
    </w:p>
    <w:p w14:paraId="6755889A" w14:textId="77777777" w:rsidR="00BB7CEA" w:rsidRPr="00735834" w:rsidRDefault="0073583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27. Музыкальная культура народов России.</w:t>
      </w:r>
    </w:p>
    <w:p w14:paraId="576663B8" w14:textId="77777777" w:rsidR="00BB7CEA" w:rsidRPr="00735834" w:rsidRDefault="00735834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Музыка. Музыкальные произведения. Музыка как форма выражения эмоциональных связей между людьми. Народные инструменты. История народа в его музыке и инструментах.</w:t>
      </w:r>
    </w:p>
    <w:p w14:paraId="0E0C79A4" w14:textId="77777777" w:rsidR="00BB7CEA" w:rsidRPr="00735834" w:rsidRDefault="0073583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28. Изобразительное искусство народов России.</w:t>
      </w:r>
    </w:p>
    <w:p w14:paraId="0FA33C5B" w14:textId="77777777" w:rsidR="00BB7CEA" w:rsidRPr="00735834" w:rsidRDefault="00735834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Художественная реальность. Скульптура: от религиозных сюжетов к современному искусству. Храмовые росписи и фольклорные орнаменты. Живопись, графика. Выдающиеся художники разных народов России.</w:t>
      </w:r>
    </w:p>
    <w:p w14:paraId="044F363F" w14:textId="77777777" w:rsidR="00BB7CEA" w:rsidRPr="00735834" w:rsidRDefault="00735834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29. Фольклор и литература народов России.</w:t>
      </w:r>
    </w:p>
    <w:p w14:paraId="6DE0B16D" w14:textId="77777777" w:rsidR="00BB7CEA" w:rsidRPr="00735834" w:rsidRDefault="00735834">
      <w:pPr>
        <w:tabs>
          <w:tab w:val="left" w:pos="180"/>
        </w:tabs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Пословицы и поговорки. Эпос и сказка. Фольклор как отражение истории народа и его ценностей, морали и нравственности. Национальная литература. Богатство культуры народа в его литературе. </w:t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30. Бытовые традиции народов России: пища, одежда, дом (</w:t>
      </w:r>
      <w:r w:rsidRPr="00735834">
        <w:rPr>
          <w:rFonts w:ascii="Times New Roman" w:eastAsia="Times New Roman" w:hAnsi="Times New Roman"/>
          <w:i/>
          <w:color w:val="000000"/>
          <w:sz w:val="24"/>
          <w:lang w:val="ru-RU"/>
        </w:rPr>
        <w:t>практическое занятие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14:paraId="600398AF" w14:textId="77777777" w:rsidR="00BB7CEA" w:rsidRPr="00735834" w:rsidRDefault="00735834">
      <w:pPr>
        <w:tabs>
          <w:tab w:val="left" w:pos="180"/>
        </w:tabs>
        <w:autoSpaceDE w:val="0"/>
        <w:autoSpaceDN w:val="0"/>
        <w:spacing w:before="70" w:after="0" w:line="262" w:lineRule="auto"/>
        <w:ind w:right="1440"/>
        <w:rPr>
          <w:lang w:val="ru-RU"/>
        </w:rPr>
      </w:pP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Рассказ о бытовых традициях своей семьи, народа, региона. Доклад с использованием разнообразного зрительного ряда и других источников.</w:t>
      </w:r>
    </w:p>
    <w:p w14:paraId="0505559B" w14:textId="77777777" w:rsidR="00BB7CEA" w:rsidRPr="00735834" w:rsidRDefault="0073583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31. Культурная карта России (</w:t>
      </w:r>
      <w:r w:rsidRPr="00735834">
        <w:rPr>
          <w:rFonts w:ascii="Times New Roman" w:eastAsia="Times New Roman" w:hAnsi="Times New Roman"/>
          <w:i/>
          <w:color w:val="000000"/>
          <w:sz w:val="24"/>
          <w:lang w:val="ru-RU"/>
        </w:rPr>
        <w:t>практическое занятие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14:paraId="38B1E198" w14:textId="77777777" w:rsidR="00BB7CEA" w:rsidRPr="00735834" w:rsidRDefault="00735834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География культур России. Россия как культурная карта. Описание регионов в соответствии с их особенностями.</w:t>
      </w:r>
    </w:p>
    <w:p w14:paraId="1B28463C" w14:textId="77777777" w:rsidR="00BB7CEA" w:rsidRPr="00735834" w:rsidRDefault="0073583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32. Единство страны — залог будущего России.</w:t>
      </w:r>
    </w:p>
    <w:p w14:paraId="731B203E" w14:textId="77777777" w:rsidR="00BB7CEA" w:rsidRPr="00735834" w:rsidRDefault="00735834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Россия — единая страна. Русский мир. Общая история, сходство культурных традиций, единые духовно-нравственные ценности народов России.</w:t>
      </w:r>
    </w:p>
    <w:p w14:paraId="72B0F06B" w14:textId="77777777" w:rsidR="00BB7CEA" w:rsidRPr="00735834" w:rsidRDefault="00BB7CEA">
      <w:pPr>
        <w:rPr>
          <w:lang w:val="ru-RU"/>
        </w:rPr>
        <w:sectPr w:rsidR="00BB7CEA" w:rsidRPr="00735834">
          <w:pgSz w:w="11900" w:h="16840"/>
          <w:pgMar w:top="286" w:right="644" w:bottom="1440" w:left="666" w:header="720" w:footer="720" w:gutter="0"/>
          <w:cols w:space="720" w:equalWidth="0">
            <w:col w:w="10590" w:space="0"/>
          </w:cols>
          <w:docGrid w:linePitch="360"/>
        </w:sectPr>
      </w:pPr>
    </w:p>
    <w:p w14:paraId="0904297E" w14:textId="77777777" w:rsidR="00BB7CEA" w:rsidRPr="00735834" w:rsidRDefault="00BB7CEA">
      <w:pPr>
        <w:autoSpaceDE w:val="0"/>
        <w:autoSpaceDN w:val="0"/>
        <w:spacing w:after="78" w:line="220" w:lineRule="exact"/>
        <w:rPr>
          <w:lang w:val="ru-RU"/>
        </w:rPr>
      </w:pPr>
    </w:p>
    <w:p w14:paraId="7FB87A8C" w14:textId="77777777" w:rsidR="00BB7CEA" w:rsidRPr="00735834" w:rsidRDefault="00735834">
      <w:pPr>
        <w:autoSpaceDE w:val="0"/>
        <w:autoSpaceDN w:val="0"/>
        <w:spacing w:after="0" w:line="230" w:lineRule="auto"/>
        <w:rPr>
          <w:lang w:val="ru-RU"/>
        </w:rPr>
      </w:pPr>
      <w:r w:rsidRPr="00735834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14:paraId="63423A67" w14:textId="77777777" w:rsidR="00BB7CEA" w:rsidRPr="00735834" w:rsidRDefault="00735834">
      <w:pPr>
        <w:autoSpaceDE w:val="0"/>
        <w:autoSpaceDN w:val="0"/>
        <w:spacing w:before="346" w:after="0" w:line="230" w:lineRule="auto"/>
        <w:rPr>
          <w:lang w:val="ru-RU"/>
        </w:rPr>
      </w:pPr>
      <w:r w:rsidRPr="00735834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7EC770D5" w14:textId="77777777" w:rsidR="00BB7CEA" w:rsidRPr="00735834" w:rsidRDefault="00735834">
      <w:pPr>
        <w:autoSpaceDE w:val="0"/>
        <w:autoSpaceDN w:val="0"/>
        <w:spacing w:before="166" w:after="0" w:line="271" w:lineRule="auto"/>
        <w:ind w:right="144" w:firstLine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Планируемые результаты освоения курса представляют собой систему ведущих целевых установок и ожидаемых результатов освоения всех компонентов, составляющих содержательную основу образовательной программы.</w:t>
      </w:r>
    </w:p>
    <w:p w14:paraId="44409F67" w14:textId="77777777" w:rsidR="00BB7CEA" w:rsidRPr="00735834" w:rsidRDefault="00735834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 освоения курса достигаются в единстве учебной и воспитательной деятельности.</w:t>
      </w:r>
    </w:p>
    <w:p w14:paraId="7E300E5A" w14:textId="77777777" w:rsidR="00BB7CEA" w:rsidRPr="00735834" w:rsidRDefault="00735834">
      <w:pPr>
        <w:autoSpaceDE w:val="0"/>
        <w:autoSpaceDN w:val="0"/>
        <w:spacing w:before="70" w:after="0" w:line="281" w:lineRule="auto"/>
        <w:ind w:right="864" w:firstLine="180"/>
        <w:rPr>
          <w:lang w:val="ru-RU"/>
        </w:rPr>
      </w:pPr>
      <w:r w:rsidRPr="00735834">
        <w:rPr>
          <w:rFonts w:ascii="Times New Roman" w:eastAsia="Times New Roman" w:hAnsi="Times New Roman"/>
          <w:i/>
          <w:color w:val="000000"/>
          <w:sz w:val="24"/>
          <w:lang w:val="ru-RU"/>
        </w:rPr>
        <w:t>Личностные результаты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 освоения курса включают осознание российской гражданской идентичности; готовность обучающихся к саморазвитию, самостоятельности и личностному самоопределению; ценность самостоятельности и инициативы; наличие мотивации к 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целенаправленной социально значимой деятельности; сформированность внутренней позиции личности как особого ценностного отношения к себе, окружающим людям и жизни в целом.</w:t>
      </w:r>
    </w:p>
    <w:p w14:paraId="14A38E08" w14:textId="77777777" w:rsidR="00BB7CEA" w:rsidRPr="00735834" w:rsidRDefault="00735834">
      <w:pPr>
        <w:tabs>
          <w:tab w:val="left" w:pos="180"/>
        </w:tabs>
        <w:autoSpaceDE w:val="0"/>
        <w:autoSpaceDN w:val="0"/>
        <w:spacing w:before="70" w:after="0" w:line="281" w:lineRule="auto"/>
        <w:ind w:right="576"/>
        <w:rPr>
          <w:lang w:val="ru-RU"/>
        </w:rPr>
      </w:pP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Патриотическое воспитание </w:t>
      </w:r>
      <w:r w:rsidRPr="00735834">
        <w:rPr>
          <w:lang w:val="ru-RU"/>
        </w:rPr>
        <w:br/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Самоопределение (личностное, профессиональное, жизненное): сформированность российской гражданской идентичности: патриотизма, уважения к Отечеству, прошлому и настоящему многонационального народа России через представления об исторической роли культур народов России, традиционных религий, духовно-нравственных ценностей в становлении российской государственности.</w:t>
      </w:r>
    </w:p>
    <w:p w14:paraId="618C7BC8" w14:textId="77777777" w:rsidR="00BB7CEA" w:rsidRPr="00735834" w:rsidRDefault="00735834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Гражданское воспитание </w:t>
      </w:r>
      <w:r w:rsidRPr="00735834">
        <w:rPr>
          <w:lang w:val="ru-RU"/>
        </w:rPr>
        <w:br/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Осознанность своей гражданской идентичности через знание истории, языка, культуры своего народа, своего края, основ культурного наследия народов России и человечества и знание основных норм морали, нравственных и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сформированность понимания и принятия гуманистических, демократических и традиционных ценностей многонационального российского общества с помощью воспитания способности к духовному развитию, нравственному самосовершенствованию; воспитание 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веротерпимости, уважительного отношения к религиозным чувствам, взглядам людей или их отсутствию.</w:t>
      </w:r>
    </w:p>
    <w:p w14:paraId="65758E4E" w14:textId="77777777" w:rsidR="00BB7CEA" w:rsidRPr="00735834" w:rsidRDefault="00735834">
      <w:pPr>
        <w:tabs>
          <w:tab w:val="left" w:pos="180"/>
        </w:tabs>
        <w:autoSpaceDE w:val="0"/>
        <w:autoSpaceDN w:val="0"/>
        <w:spacing w:before="70" w:after="0" w:line="278" w:lineRule="auto"/>
        <w:ind w:right="144"/>
        <w:rPr>
          <w:lang w:val="ru-RU"/>
        </w:rPr>
      </w:pP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Ценности познавательной деятельности </w:t>
      </w:r>
      <w:r w:rsidRPr="00735834">
        <w:rPr>
          <w:lang w:val="ru-RU"/>
        </w:rPr>
        <w:br/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14:paraId="69E140B1" w14:textId="77777777" w:rsidR="00BB7CEA" w:rsidRPr="00735834" w:rsidRDefault="00735834">
      <w:pPr>
        <w:autoSpaceDE w:val="0"/>
        <w:autoSpaceDN w:val="0"/>
        <w:spacing w:before="70" w:after="0" w:line="281" w:lineRule="auto"/>
        <w:ind w:right="288" w:firstLine="180"/>
        <w:rPr>
          <w:lang w:val="ru-RU"/>
        </w:rPr>
      </w:pPr>
      <w:r w:rsidRPr="00735834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Смыслообразование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: сформированность ответственного отношения к учению,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развитию, нравственному 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самосовершенствованию; воспитание веротерпимости, уважительного отношения к религиозным чувствам, взглядам людей или их отсутствию.</w:t>
      </w:r>
    </w:p>
    <w:p w14:paraId="017BB7E5" w14:textId="77777777" w:rsidR="00BB7CEA" w:rsidRPr="00735834" w:rsidRDefault="00735834">
      <w:pPr>
        <w:tabs>
          <w:tab w:val="left" w:pos="180"/>
        </w:tabs>
        <w:autoSpaceDE w:val="0"/>
        <w:autoSpaceDN w:val="0"/>
        <w:spacing w:before="70" w:after="0" w:line="286" w:lineRule="auto"/>
        <w:ind w:right="288"/>
        <w:rPr>
          <w:lang w:val="ru-RU"/>
        </w:rPr>
      </w:pP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4. Духовно-нравственное воспитание </w:t>
      </w:r>
      <w:r w:rsidRPr="00735834">
        <w:rPr>
          <w:lang w:val="ru-RU"/>
        </w:rPr>
        <w:br/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Сформированность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родного края, России и народов мира; освоение социальных норм, правил поведения, ролей и форм социальной жизни в группах и сообществах, включая взрослые и социальные сообщества; </w:t>
      </w:r>
      <w:r w:rsidRPr="00735834">
        <w:rPr>
          <w:lang w:val="ru-RU"/>
        </w:rPr>
        <w:br/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 нравственной рефлексии и компетентности в решении моральных проблем на основе личностного выбора, нравственных чувств и нравственного поведения, осознанного и</w:t>
      </w:r>
    </w:p>
    <w:p w14:paraId="024A8DC2" w14:textId="77777777" w:rsidR="00BB7CEA" w:rsidRPr="00735834" w:rsidRDefault="00BB7CEA">
      <w:pPr>
        <w:rPr>
          <w:lang w:val="ru-RU"/>
        </w:rPr>
        <w:sectPr w:rsidR="00BB7CEA" w:rsidRPr="00735834">
          <w:pgSz w:w="11900" w:h="16840"/>
          <w:pgMar w:top="298" w:right="650" w:bottom="41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012CFC7C" w14:textId="77777777" w:rsidR="00BB7CEA" w:rsidRPr="00735834" w:rsidRDefault="00BB7CEA">
      <w:pPr>
        <w:autoSpaceDE w:val="0"/>
        <w:autoSpaceDN w:val="0"/>
        <w:spacing w:after="66" w:line="220" w:lineRule="exact"/>
        <w:rPr>
          <w:lang w:val="ru-RU"/>
        </w:rPr>
      </w:pPr>
    </w:p>
    <w:p w14:paraId="35DED815" w14:textId="77777777" w:rsidR="00BB7CEA" w:rsidRPr="00735834" w:rsidRDefault="00735834">
      <w:pPr>
        <w:tabs>
          <w:tab w:val="left" w:pos="180"/>
        </w:tabs>
        <w:autoSpaceDE w:val="0"/>
        <w:autoSpaceDN w:val="0"/>
        <w:spacing w:after="0" w:line="281" w:lineRule="auto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ответственного отношения к собственным поступкам; </w:t>
      </w:r>
      <w:r w:rsidRPr="00735834">
        <w:rPr>
          <w:lang w:val="ru-RU"/>
        </w:rPr>
        <w:br/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осознание значения семьи в жизни человека и общества; принятие ценности семейной жизни; уважительное и заботливое отношение к членам своей семьи через знание основных норм морали, нравственных, духовных идеалов, хранимых в культурных традициях народов России; готовность на их основе к сознательному самоограничению в поступках, поведении, расточительном потреблении.</w:t>
      </w:r>
    </w:p>
    <w:p w14:paraId="41145D37" w14:textId="77777777" w:rsidR="00BB7CEA" w:rsidRPr="00735834" w:rsidRDefault="00735834">
      <w:pPr>
        <w:autoSpaceDE w:val="0"/>
        <w:autoSpaceDN w:val="0"/>
        <w:spacing w:before="262" w:after="0" w:line="230" w:lineRule="auto"/>
        <w:rPr>
          <w:lang w:val="ru-RU"/>
        </w:rPr>
      </w:pPr>
      <w:r w:rsidRPr="00735834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4548D61B" w14:textId="77777777" w:rsidR="00BB7CEA" w:rsidRPr="00735834" w:rsidRDefault="00735834">
      <w:pPr>
        <w:autoSpaceDE w:val="0"/>
        <w:autoSpaceDN w:val="0"/>
        <w:spacing w:before="166" w:after="0" w:line="286" w:lineRule="auto"/>
        <w:ind w:right="144" w:firstLine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Метапредметные результаты освоения курса включают освоение обучающимися межпредметных понятий (используются в нескольких предметных областях) и универсальные учебные действия (познавательные, коммуникативные, регулятивные); способность их использовать в учебной, познавательной и социальной практике; готовность к самостоятельному планированию и 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осуществлению учебной деятельности и организации учебного сотрудничества с педагогом и сверстниками, к участию в построении индивидуальной образовательной траектории; овладение навыками работы с информацией: восприятие и создание информационных текстов в различных форматах, в том числе цифровых, с учётом назначения информации и её аудитории.</w:t>
      </w:r>
    </w:p>
    <w:p w14:paraId="164A9C75" w14:textId="77777777" w:rsidR="00BB7CEA" w:rsidRPr="00735834" w:rsidRDefault="00735834">
      <w:pPr>
        <w:autoSpaceDE w:val="0"/>
        <w:autoSpaceDN w:val="0"/>
        <w:spacing w:before="70" w:after="0" w:line="262" w:lineRule="auto"/>
        <w:ind w:left="180" w:right="3888"/>
        <w:rPr>
          <w:lang w:val="ru-RU"/>
        </w:rPr>
      </w:pPr>
      <w:r w:rsidRPr="0073583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Познавательные универсальные учебные действия 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Познавательные универсальные учебные действия включают:</w:t>
      </w:r>
    </w:p>
    <w:p w14:paraId="4760F564" w14:textId="77777777" w:rsidR="00BB7CEA" w:rsidRPr="00735834" w:rsidRDefault="00735834">
      <w:pPr>
        <w:autoSpaceDE w:val="0"/>
        <w:autoSpaceDN w:val="0"/>
        <w:spacing w:before="178" w:after="0"/>
        <w:ind w:left="420" w:right="144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—  умение определять понятия, создавать обобщения, устанавливать аналогии, 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 (логические УУД);</w:t>
      </w:r>
    </w:p>
    <w:p w14:paraId="6DB2E2B4" w14:textId="77777777" w:rsidR="00BB7CEA" w:rsidRPr="00735834" w:rsidRDefault="00735834">
      <w:pPr>
        <w:autoSpaceDE w:val="0"/>
        <w:autoSpaceDN w:val="0"/>
        <w:spacing w:before="238" w:after="0" w:line="262" w:lineRule="auto"/>
        <w:ind w:left="420" w:right="72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умение создавать, применять и преобразовывать знаки и символы, модели и схемы для решения учебных и познавательных задач (знаково- символические / моделирование);</w:t>
      </w:r>
    </w:p>
    <w:p w14:paraId="02B00A61" w14:textId="77777777" w:rsidR="00BB7CEA" w:rsidRPr="00735834" w:rsidRDefault="00735834">
      <w:pPr>
        <w:autoSpaceDE w:val="0"/>
        <w:autoSpaceDN w:val="0"/>
        <w:spacing w:before="238" w:after="0" w:line="230" w:lineRule="auto"/>
        <w:ind w:left="42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смысловое чтение;</w:t>
      </w:r>
    </w:p>
    <w:p w14:paraId="368AEFCC" w14:textId="77777777" w:rsidR="00BB7CEA" w:rsidRPr="00735834" w:rsidRDefault="00735834">
      <w:pPr>
        <w:autoSpaceDE w:val="0"/>
        <w:autoSpaceDN w:val="0"/>
        <w:spacing w:before="238" w:after="0" w:line="262" w:lineRule="auto"/>
        <w:ind w:left="420" w:right="432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развитие мотивации к овладению культурой активного использования словарей и других поисковых систем.</w:t>
      </w:r>
    </w:p>
    <w:p w14:paraId="0B1E46AC" w14:textId="77777777" w:rsidR="00BB7CEA" w:rsidRPr="00735834" w:rsidRDefault="00735834">
      <w:pPr>
        <w:autoSpaceDE w:val="0"/>
        <w:autoSpaceDN w:val="0"/>
        <w:spacing w:before="178" w:after="0" w:line="262" w:lineRule="auto"/>
        <w:ind w:left="180" w:right="3600"/>
        <w:rPr>
          <w:lang w:val="ru-RU"/>
        </w:rPr>
      </w:pPr>
      <w:r w:rsidRPr="0073583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Коммуникативные универсальные учебные действия 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Коммуникативные универсальные учебные действия включают:</w:t>
      </w:r>
    </w:p>
    <w:p w14:paraId="2389EBA2" w14:textId="77777777" w:rsidR="00BB7CEA" w:rsidRPr="00735834" w:rsidRDefault="00735834">
      <w:pPr>
        <w:autoSpaceDE w:val="0"/>
        <w:autoSpaceDN w:val="0"/>
        <w:spacing w:before="178" w:after="0" w:line="278" w:lineRule="auto"/>
        <w:ind w:left="42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 (учебное сотрудничество);</w:t>
      </w:r>
    </w:p>
    <w:p w14:paraId="7D2173B3" w14:textId="77777777" w:rsidR="00BB7CEA" w:rsidRPr="00735834" w:rsidRDefault="00735834">
      <w:pPr>
        <w:autoSpaceDE w:val="0"/>
        <w:autoSpaceDN w:val="0"/>
        <w:spacing w:before="238" w:after="0"/>
        <w:ind w:left="42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—  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деятельности; владение устной и письменной речью, монологической контекстной речью (коммуникация);</w:t>
      </w:r>
    </w:p>
    <w:p w14:paraId="07608FAB" w14:textId="77777777" w:rsidR="00BB7CEA" w:rsidRPr="00735834" w:rsidRDefault="00735834">
      <w:pPr>
        <w:autoSpaceDE w:val="0"/>
        <w:autoSpaceDN w:val="0"/>
        <w:spacing w:before="238" w:after="0" w:line="262" w:lineRule="auto"/>
        <w:ind w:left="420" w:right="864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и развитие компетентности в области использования информационно-коммуникационных технологий (ИКТ-компетентность).</w:t>
      </w:r>
    </w:p>
    <w:p w14:paraId="1E744D7E" w14:textId="77777777" w:rsidR="00BB7CEA" w:rsidRPr="00735834" w:rsidRDefault="00735834">
      <w:pPr>
        <w:autoSpaceDE w:val="0"/>
        <w:autoSpaceDN w:val="0"/>
        <w:spacing w:before="178" w:after="0" w:line="262" w:lineRule="auto"/>
        <w:ind w:left="180" w:right="4176"/>
        <w:rPr>
          <w:lang w:val="ru-RU"/>
        </w:rPr>
      </w:pPr>
      <w:r w:rsidRPr="0073583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Регулятивные универсальные учебные действия 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Регулятивные универсальные учебные действия включают:</w:t>
      </w:r>
    </w:p>
    <w:p w14:paraId="6ECDA15A" w14:textId="77777777" w:rsidR="00BB7CEA" w:rsidRPr="00735834" w:rsidRDefault="00735834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умение самостоятельно определять цели обучения, ставить и формулировать для себя новые задачи в учёбе и познавательной деятельности, развивать мотивы и интересы своей</w:t>
      </w:r>
    </w:p>
    <w:p w14:paraId="61B3FDF1" w14:textId="77777777" w:rsidR="00BB7CEA" w:rsidRPr="00735834" w:rsidRDefault="00BB7CEA">
      <w:pPr>
        <w:rPr>
          <w:lang w:val="ru-RU"/>
        </w:rPr>
        <w:sectPr w:rsidR="00BB7CEA" w:rsidRPr="00735834">
          <w:pgSz w:w="11900" w:h="16840"/>
          <w:pgMar w:top="286" w:right="716" w:bottom="444" w:left="666" w:header="720" w:footer="720" w:gutter="0"/>
          <w:cols w:space="720" w:equalWidth="0">
            <w:col w:w="10518" w:space="0"/>
          </w:cols>
          <w:docGrid w:linePitch="360"/>
        </w:sectPr>
      </w:pPr>
    </w:p>
    <w:p w14:paraId="5121F751" w14:textId="77777777" w:rsidR="00BB7CEA" w:rsidRPr="00735834" w:rsidRDefault="00BB7CEA">
      <w:pPr>
        <w:autoSpaceDE w:val="0"/>
        <w:autoSpaceDN w:val="0"/>
        <w:spacing w:after="66" w:line="220" w:lineRule="exact"/>
        <w:rPr>
          <w:lang w:val="ru-RU"/>
        </w:rPr>
      </w:pPr>
    </w:p>
    <w:p w14:paraId="1F19C66E" w14:textId="77777777" w:rsidR="00BB7CEA" w:rsidRPr="00735834" w:rsidRDefault="00735834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познавательной деятельности (целеполагание);</w:t>
      </w:r>
    </w:p>
    <w:p w14:paraId="3ADE21EF" w14:textId="77777777" w:rsidR="00BB7CEA" w:rsidRPr="00735834" w:rsidRDefault="00735834">
      <w:pPr>
        <w:autoSpaceDE w:val="0"/>
        <w:autoSpaceDN w:val="0"/>
        <w:spacing w:before="238" w:after="0" w:line="271" w:lineRule="auto"/>
        <w:ind w:left="42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14:paraId="76C89B99" w14:textId="77777777" w:rsidR="00BB7CEA" w:rsidRPr="00735834" w:rsidRDefault="00735834">
      <w:pPr>
        <w:autoSpaceDE w:val="0"/>
        <w:autoSpaceDN w:val="0"/>
        <w:spacing w:before="238" w:after="0"/>
        <w:ind w:left="420" w:right="144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ситуацией(контроль и коррекция);</w:t>
      </w:r>
    </w:p>
    <w:p w14:paraId="09062B41" w14:textId="77777777" w:rsidR="00BB7CEA" w:rsidRPr="00735834" w:rsidRDefault="00735834">
      <w:pPr>
        <w:autoSpaceDE w:val="0"/>
        <w:autoSpaceDN w:val="0"/>
        <w:spacing w:before="240" w:after="0" w:line="262" w:lineRule="auto"/>
        <w:ind w:left="420" w:right="144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умение оценивать правильность выполнения учебной задачи, собственные возможности её решения (оценка);</w:t>
      </w:r>
    </w:p>
    <w:p w14:paraId="4CB61B07" w14:textId="77777777" w:rsidR="00BB7CEA" w:rsidRPr="00735834" w:rsidRDefault="00735834">
      <w:pPr>
        <w:autoSpaceDE w:val="0"/>
        <w:autoSpaceDN w:val="0"/>
        <w:spacing w:before="240" w:after="0" w:line="271" w:lineRule="auto"/>
        <w:ind w:left="420" w:right="288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владение основами самоконтроля, самооценки, принятия решений и осуществления осознанного выбора в учебной и познавательной (познавательная рефлексия, саморегуляция) деятельности.</w:t>
      </w:r>
    </w:p>
    <w:p w14:paraId="0137C126" w14:textId="77777777" w:rsidR="00BB7CEA" w:rsidRPr="00735834" w:rsidRDefault="00735834">
      <w:pPr>
        <w:autoSpaceDE w:val="0"/>
        <w:autoSpaceDN w:val="0"/>
        <w:spacing w:before="322" w:after="0" w:line="230" w:lineRule="auto"/>
        <w:rPr>
          <w:lang w:val="ru-RU"/>
        </w:rPr>
      </w:pPr>
      <w:r w:rsidRPr="00735834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52F98DF8" w14:textId="77777777" w:rsidR="00BB7CEA" w:rsidRPr="00735834" w:rsidRDefault="00735834">
      <w:pPr>
        <w:autoSpaceDE w:val="0"/>
        <w:autoSpaceDN w:val="0"/>
        <w:spacing w:before="166" w:after="0"/>
        <w:ind w:firstLine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Предметные результаты освоения курса включают освоение научных знаний, умений и способов действий, специфических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применению в различных учебных ситуациях, в том числе при создании проектов.</w:t>
      </w:r>
    </w:p>
    <w:p w14:paraId="4AC841A7" w14:textId="77777777" w:rsidR="00BB7CEA" w:rsidRPr="00735834" w:rsidRDefault="00735834">
      <w:pPr>
        <w:autoSpaceDE w:val="0"/>
        <w:autoSpaceDN w:val="0"/>
        <w:spacing w:before="70" w:after="0" w:line="262" w:lineRule="auto"/>
        <w:ind w:left="180" w:right="1008"/>
        <w:rPr>
          <w:lang w:val="ru-RU"/>
        </w:rPr>
      </w:pPr>
      <w:r w:rsidRPr="00735834">
        <w:rPr>
          <w:rFonts w:ascii="Times New Roman" w:eastAsia="Times New Roman" w:hAnsi="Times New Roman"/>
          <w:b/>
          <w:color w:val="000000"/>
          <w:sz w:val="24"/>
          <w:lang w:val="ru-RU"/>
        </w:rPr>
        <w:t>Тематический блок 1. «Россия — наш общий дом»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1. Зачем изучать курс «Основы духовно-нравственной культуры народов России»?</w:t>
      </w:r>
    </w:p>
    <w:p w14:paraId="7F8B91CF" w14:textId="77777777" w:rsidR="00BB7CEA" w:rsidRPr="00735834" w:rsidRDefault="00735834">
      <w:pPr>
        <w:autoSpaceDE w:val="0"/>
        <w:autoSpaceDN w:val="0"/>
        <w:spacing w:before="178" w:after="0" w:line="271" w:lineRule="auto"/>
        <w:ind w:left="420" w:right="576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Знать цель и предназначение курса «Основы духовно-нравственной культуры народов России», понимать важность изучения культуры и гражданствообразующих религий для формирования личности гражданина России;</w:t>
      </w:r>
    </w:p>
    <w:p w14:paraId="2865B2DA" w14:textId="77777777" w:rsidR="00BB7CEA" w:rsidRPr="00735834" w:rsidRDefault="00735834">
      <w:pPr>
        <w:autoSpaceDE w:val="0"/>
        <w:autoSpaceDN w:val="0"/>
        <w:spacing w:before="238" w:after="0" w:line="271" w:lineRule="auto"/>
        <w:ind w:left="420" w:right="576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иметь представление о содержании данного курса, в том числе о понятиях «мораль и нравственность», «семья», «традиционные ценности», об угрозах духовно-нравственному единству страны;</w:t>
      </w:r>
    </w:p>
    <w:p w14:paraId="608B2A63" w14:textId="77777777" w:rsidR="00BB7CEA" w:rsidRPr="00735834" w:rsidRDefault="00735834">
      <w:pPr>
        <w:autoSpaceDE w:val="0"/>
        <w:autoSpaceDN w:val="0"/>
        <w:spacing w:before="238" w:after="0" w:line="262" w:lineRule="auto"/>
        <w:ind w:left="420" w:right="72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понимать взаимосвязь между языком и культурой, духовно-нравственным развитием личности и социальным поведением.</w:t>
      </w:r>
    </w:p>
    <w:p w14:paraId="55E605F5" w14:textId="77777777" w:rsidR="00BB7CEA" w:rsidRPr="00735834" w:rsidRDefault="00735834">
      <w:pPr>
        <w:autoSpaceDE w:val="0"/>
        <w:autoSpaceDN w:val="0"/>
        <w:spacing w:before="180" w:after="0" w:line="230" w:lineRule="auto"/>
        <w:ind w:left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2. Наш дом — Россия</w:t>
      </w:r>
    </w:p>
    <w:p w14:paraId="747F7AB7" w14:textId="77777777" w:rsidR="00BB7CEA" w:rsidRPr="00735834" w:rsidRDefault="00735834">
      <w:pPr>
        <w:autoSpaceDE w:val="0"/>
        <w:autoSpaceDN w:val="0"/>
        <w:spacing w:before="178" w:after="0" w:line="262" w:lineRule="auto"/>
        <w:ind w:left="420" w:right="288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Иметь представление об историческом пути формирования многонационального состава населения Российской Федерации, его мирном характере и причинах его формирования;</w:t>
      </w:r>
    </w:p>
    <w:p w14:paraId="5993C234" w14:textId="77777777" w:rsidR="00BB7CEA" w:rsidRPr="00735834" w:rsidRDefault="00735834">
      <w:pPr>
        <w:autoSpaceDE w:val="0"/>
        <w:autoSpaceDN w:val="0"/>
        <w:spacing w:before="238" w:after="0" w:line="262" w:lineRule="auto"/>
        <w:ind w:left="420" w:right="864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14:paraId="148E2B52" w14:textId="77777777" w:rsidR="00BB7CEA" w:rsidRPr="00735834" w:rsidRDefault="00735834">
      <w:pPr>
        <w:autoSpaceDE w:val="0"/>
        <w:autoSpaceDN w:val="0"/>
        <w:spacing w:before="238" w:after="0" w:line="271" w:lineRule="auto"/>
        <w:ind w:left="42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понимать необходимость межнационального и межрелигиозного сотрудничества и взаимодействия, важность сотрудничества и дружбы между народами и нациями, обосновывать их необходимость</w:t>
      </w:r>
    </w:p>
    <w:p w14:paraId="2D20A7E1" w14:textId="77777777" w:rsidR="00BB7CEA" w:rsidRPr="00735834" w:rsidRDefault="00735834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3. Язык и история</w:t>
      </w:r>
    </w:p>
    <w:p w14:paraId="58D53A54" w14:textId="77777777" w:rsidR="00BB7CEA" w:rsidRPr="00735834" w:rsidRDefault="00735834">
      <w:pPr>
        <w:autoSpaceDE w:val="0"/>
        <w:autoSpaceDN w:val="0"/>
        <w:spacing w:before="178" w:after="0" w:line="262" w:lineRule="auto"/>
        <w:ind w:left="420" w:right="14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Знать и понимать, что такое язык, каковы важность его изучения и влияние на миропонимание личности;</w:t>
      </w:r>
    </w:p>
    <w:p w14:paraId="072B8F52" w14:textId="77777777" w:rsidR="00BB7CEA" w:rsidRPr="00735834" w:rsidRDefault="00BB7CEA">
      <w:pPr>
        <w:rPr>
          <w:lang w:val="ru-RU"/>
        </w:rPr>
        <w:sectPr w:rsidR="00BB7CEA" w:rsidRPr="00735834">
          <w:pgSz w:w="11900" w:h="16840"/>
          <w:pgMar w:top="286" w:right="908" w:bottom="498" w:left="666" w:header="720" w:footer="720" w:gutter="0"/>
          <w:cols w:space="720" w:equalWidth="0">
            <w:col w:w="10326" w:space="0"/>
          </w:cols>
          <w:docGrid w:linePitch="360"/>
        </w:sectPr>
      </w:pPr>
    </w:p>
    <w:p w14:paraId="2D25F85C" w14:textId="77777777" w:rsidR="00BB7CEA" w:rsidRPr="00735834" w:rsidRDefault="00BB7CEA">
      <w:pPr>
        <w:autoSpaceDE w:val="0"/>
        <w:autoSpaceDN w:val="0"/>
        <w:spacing w:after="108" w:line="220" w:lineRule="exact"/>
        <w:rPr>
          <w:lang w:val="ru-RU"/>
        </w:rPr>
      </w:pPr>
    </w:p>
    <w:p w14:paraId="24B5A469" w14:textId="77777777" w:rsidR="00BB7CEA" w:rsidRPr="00735834" w:rsidRDefault="00735834">
      <w:pPr>
        <w:autoSpaceDE w:val="0"/>
        <w:autoSpaceDN w:val="0"/>
        <w:spacing w:after="0" w:line="262" w:lineRule="auto"/>
        <w:ind w:left="240" w:right="432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иметь базовые представления о формировании языка как носителя духовно-нравственных смыслов культуры;</w:t>
      </w:r>
    </w:p>
    <w:p w14:paraId="67711274" w14:textId="77777777" w:rsidR="00BB7CEA" w:rsidRPr="00735834" w:rsidRDefault="00735834">
      <w:pPr>
        <w:autoSpaceDE w:val="0"/>
        <w:autoSpaceDN w:val="0"/>
        <w:spacing w:before="238" w:after="0" w:line="262" w:lineRule="auto"/>
        <w:ind w:left="240" w:right="1296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понимать суть и смысл коммуникативной роли языка, в том числе в организации межкультурного диалога и взаимодействия;</w:t>
      </w:r>
    </w:p>
    <w:p w14:paraId="77DDE2D3" w14:textId="77777777" w:rsidR="00BB7CEA" w:rsidRPr="00735834" w:rsidRDefault="00735834">
      <w:pPr>
        <w:autoSpaceDE w:val="0"/>
        <w:autoSpaceDN w:val="0"/>
        <w:spacing w:before="238" w:after="0" w:line="262" w:lineRule="auto"/>
        <w:ind w:left="240" w:right="72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обосновывать своё понимание необходимости нравственной чистоты языка, важности лингвистической гигиены, речевого этикета.</w:t>
      </w:r>
    </w:p>
    <w:p w14:paraId="1653AE11" w14:textId="77777777" w:rsidR="00BB7CEA" w:rsidRPr="00735834" w:rsidRDefault="00735834">
      <w:pPr>
        <w:autoSpaceDE w:val="0"/>
        <w:autoSpaceDN w:val="0"/>
        <w:spacing w:before="178" w:after="0" w:line="230" w:lineRule="auto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4. Русский язык — язык общения и язык возможностей</w:t>
      </w:r>
    </w:p>
    <w:p w14:paraId="23498DEE" w14:textId="77777777" w:rsidR="00BB7CEA" w:rsidRPr="00735834" w:rsidRDefault="00735834">
      <w:pPr>
        <w:autoSpaceDE w:val="0"/>
        <w:autoSpaceDN w:val="0"/>
        <w:spacing w:before="178" w:after="0" w:line="262" w:lineRule="auto"/>
        <w:ind w:left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Иметь базовые представления о происхождении и развитии русского языка, его взаимосвязи с языками других народов России;</w:t>
      </w:r>
    </w:p>
    <w:p w14:paraId="57D6AF70" w14:textId="77777777" w:rsidR="00BB7CEA" w:rsidRPr="00735834" w:rsidRDefault="00735834">
      <w:pPr>
        <w:autoSpaceDE w:val="0"/>
        <w:autoSpaceDN w:val="0"/>
        <w:spacing w:before="240" w:after="0" w:line="262" w:lineRule="auto"/>
        <w:ind w:left="240" w:right="144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знать и уметь обосновать важность русского языка как культурообразующего языка народов России, важность его для существования государства и общества;</w:t>
      </w:r>
    </w:p>
    <w:p w14:paraId="62153C91" w14:textId="77777777" w:rsidR="00BB7CEA" w:rsidRPr="00735834" w:rsidRDefault="00735834">
      <w:pPr>
        <w:autoSpaceDE w:val="0"/>
        <w:autoSpaceDN w:val="0"/>
        <w:spacing w:before="238" w:after="0" w:line="262" w:lineRule="auto"/>
        <w:ind w:left="144" w:right="144"/>
        <w:jc w:val="center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понимать, что русский язык — не только важнейший элемент национальной культуры, но и историко-культурное наследие, достояние российского государства, уметь приводить примеры;</w:t>
      </w:r>
    </w:p>
    <w:p w14:paraId="63C1818E" w14:textId="77777777" w:rsidR="00BB7CEA" w:rsidRPr="00735834" w:rsidRDefault="00735834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иметь представление о нравственных категориях русского языка и их происхождении.</w:t>
      </w:r>
    </w:p>
    <w:p w14:paraId="11942098" w14:textId="77777777" w:rsidR="00BB7CEA" w:rsidRPr="00735834" w:rsidRDefault="00735834">
      <w:pPr>
        <w:autoSpaceDE w:val="0"/>
        <w:autoSpaceDN w:val="0"/>
        <w:spacing w:before="178" w:after="0" w:line="230" w:lineRule="auto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5. Истоки родной культуры</w:t>
      </w:r>
    </w:p>
    <w:p w14:paraId="7AB3324B" w14:textId="77777777" w:rsidR="00BB7CEA" w:rsidRPr="00735834" w:rsidRDefault="00735834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Иметь сформированное представление о понятие «культура»;</w:t>
      </w:r>
    </w:p>
    <w:p w14:paraId="479D6799" w14:textId="77777777" w:rsidR="00BB7CEA" w:rsidRPr="00735834" w:rsidRDefault="00735834">
      <w:pPr>
        <w:autoSpaceDE w:val="0"/>
        <w:autoSpaceDN w:val="0"/>
        <w:spacing w:before="238" w:after="0" w:line="271" w:lineRule="auto"/>
        <w:ind w:left="240" w:right="576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осознавать и уметь доказывать взаимосвязь культуры и природы; знать основные формы репрезентации культуры, уметь их различать и соотносить с реальными проявлениями культурного многообразия;</w:t>
      </w:r>
    </w:p>
    <w:p w14:paraId="7C9C3843" w14:textId="77777777" w:rsidR="00BB7CEA" w:rsidRPr="00735834" w:rsidRDefault="00735834">
      <w:pPr>
        <w:autoSpaceDE w:val="0"/>
        <w:autoSpaceDN w:val="0"/>
        <w:spacing w:before="238" w:after="0" w:line="262" w:lineRule="auto"/>
        <w:ind w:left="240" w:right="432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уметь выделять общие черты в культуре различных народов, обосновывать их значение и причины.</w:t>
      </w:r>
    </w:p>
    <w:p w14:paraId="102760D2" w14:textId="77777777" w:rsidR="00BB7CEA" w:rsidRPr="00735834" w:rsidRDefault="00735834">
      <w:pPr>
        <w:autoSpaceDE w:val="0"/>
        <w:autoSpaceDN w:val="0"/>
        <w:spacing w:before="178" w:after="0" w:line="230" w:lineRule="auto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6. Материальная культура</w:t>
      </w:r>
    </w:p>
    <w:p w14:paraId="51BA2324" w14:textId="77777777" w:rsidR="00BB7CEA" w:rsidRPr="00735834" w:rsidRDefault="00735834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Иметь представление об артефактах культуры;</w:t>
      </w:r>
    </w:p>
    <w:p w14:paraId="6CE30786" w14:textId="77777777" w:rsidR="00BB7CEA" w:rsidRPr="00735834" w:rsidRDefault="00735834">
      <w:pPr>
        <w:autoSpaceDE w:val="0"/>
        <w:autoSpaceDN w:val="0"/>
        <w:spacing w:before="238" w:after="0" w:line="262" w:lineRule="auto"/>
        <w:ind w:left="240" w:right="144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иметь базовое представление о традиционных укладах хозяйства: земледелии, скотоводстве, охоте, рыболовстве;</w:t>
      </w:r>
    </w:p>
    <w:p w14:paraId="5CA48BA6" w14:textId="77777777" w:rsidR="00BB7CEA" w:rsidRPr="00735834" w:rsidRDefault="00735834">
      <w:pPr>
        <w:autoSpaceDE w:val="0"/>
        <w:autoSpaceDN w:val="0"/>
        <w:spacing w:before="240" w:after="0" w:line="230" w:lineRule="auto"/>
        <w:ind w:left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понимать взаимосвязь между хозяйственным укладом и проявлениями духовной культуры;</w:t>
      </w:r>
    </w:p>
    <w:p w14:paraId="2F8E55C5" w14:textId="77777777" w:rsidR="00BB7CEA" w:rsidRPr="00735834" w:rsidRDefault="00735834">
      <w:pPr>
        <w:autoSpaceDE w:val="0"/>
        <w:autoSpaceDN w:val="0"/>
        <w:spacing w:before="240" w:after="0" w:line="262" w:lineRule="auto"/>
        <w:ind w:left="240" w:right="144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понимать и объяснять зависимость основных культурных укладов народов России от географии их массового расселения, природных условий и взаимодействия с другими этносами.</w:t>
      </w:r>
    </w:p>
    <w:p w14:paraId="027D20B7" w14:textId="77777777" w:rsidR="00BB7CEA" w:rsidRPr="00735834" w:rsidRDefault="00735834">
      <w:pPr>
        <w:autoSpaceDE w:val="0"/>
        <w:autoSpaceDN w:val="0"/>
        <w:spacing w:before="178" w:after="0" w:line="230" w:lineRule="auto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7. Духовная культура</w:t>
      </w:r>
    </w:p>
    <w:p w14:paraId="155CBE29" w14:textId="77777777" w:rsidR="00BB7CEA" w:rsidRPr="00735834" w:rsidRDefault="00735834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Иметь представление о таких культурных концептах как «искусство», «наука», «религия»;</w:t>
      </w:r>
    </w:p>
    <w:p w14:paraId="21F7EEC9" w14:textId="77777777" w:rsidR="00BB7CEA" w:rsidRPr="00735834" w:rsidRDefault="00735834">
      <w:pPr>
        <w:autoSpaceDE w:val="0"/>
        <w:autoSpaceDN w:val="0"/>
        <w:spacing w:before="238" w:after="0" w:line="262" w:lineRule="auto"/>
        <w:ind w:left="240" w:right="432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знать и давать определения терминам «мораль», «нравственность», «духовные ценности»,«духовность» на доступном для обучающихся уровне осмысления;</w:t>
      </w:r>
    </w:p>
    <w:p w14:paraId="3F904EDD" w14:textId="77777777" w:rsidR="00BB7CEA" w:rsidRPr="00735834" w:rsidRDefault="00735834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понимать смысл и взаимосвязь названных терминов с формами их репрезентации в культуре;</w:t>
      </w:r>
    </w:p>
    <w:p w14:paraId="1E2E56D1" w14:textId="77777777" w:rsidR="00BB7CEA" w:rsidRPr="00735834" w:rsidRDefault="00735834">
      <w:pPr>
        <w:autoSpaceDE w:val="0"/>
        <w:autoSpaceDN w:val="0"/>
        <w:spacing w:before="238" w:after="0" w:line="262" w:lineRule="auto"/>
        <w:ind w:left="240" w:right="432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осознавать значение культурных символов, нравственный и духовный смысл культурных артефактов;</w:t>
      </w:r>
    </w:p>
    <w:p w14:paraId="72C5644B" w14:textId="77777777" w:rsidR="00BB7CEA" w:rsidRPr="00735834" w:rsidRDefault="00735834">
      <w:pPr>
        <w:autoSpaceDE w:val="0"/>
        <w:autoSpaceDN w:val="0"/>
        <w:spacing w:before="238" w:after="0" w:line="262" w:lineRule="auto"/>
        <w:ind w:left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знать, что такое знаки и символы, уметь соотносить их с культурными явлениями, с которыми они связаны.</w:t>
      </w:r>
    </w:p>
    <w:p w14:paraId="19A57F52" w14:textId="77777777" w:rsidR="00BB7CEA" w:rsidRPr="00735834" w:rsidRDefault="00BB7CEA">
      <w:pPr>
        <w:rPr>
          <w:lang w:val="ru-RU"/>
        </w:rPr>
        <w:sectPr w:rsidR="00BB7CEA" w:rsidRPr="00735834">
          <w:pgSz w:w="11900" w:h="16840"/>
          <w:pgMar w:top="328" w:right="720" w:bottom="302" w:left="846" w:header="720" w:footer="720" w:gutter="0"/>
          <w:cols w:space="720" w:equalWidth="0">
            <w:col w:w="10334" w:space="0"/>
          </w:cols>
          <w:docGrid w:linePitch="360"/>
        </w:sectPr>
      </w:pPr>
    </w:p>
    <w:p w14:paraId="7D1219D1" w14:textId="77777777" w:rsidR="00BB7CEA" w:rsidRPr="00735834" w:rsidRDefault="00BB7CEA">
      <w:pPr>
        <w:autoSpaceDE w:val="0"/>
        <w:autoSpaceDN w:val="0"/>
        <w:spacing w:after="138" w:line="220" w:lineRule="exact"/>
        <w:rPr>
          <w:lang w:val="ru-RU"/>
        </w:rPr>
      </w:pPr>
    </w:p>
    <w:p w14:paraId="3A756D7F" w14:textId="77777777" w:rsidR="00BB7CEA" w:rsidRPr="00735834" w:rsidRDefault="00735834">
      <w:pPr>
        <w:autoSpaceDE w:val="0"/>
        <w:autoSpaceDN w:val="0"/>
        <w:spacing w:after="0" w:line="370" w:lineRule="auto"/>
        <w:ind w:left="240" w:right="576" w:hanging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8. Культура и религия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Иметь представление о понятии «религия», уметь пояснить её роль в жизни общества и основные социально-культурные функции;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осознавать связь религии и морали;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понимать роль и значение духовных ценностей в религиях народов России;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уметь характеризовать государствообразующие конфессии России и их картины мира.</w:t>
      </w:r>
    </w:p>
    <w:p w14:paraId="45F683AB" w14:textId="77777777" w:rsidR="00BB7CEA" w:rsidRPr="00735834" w:rsidRDefault="00735834">
      <w:pPr>
        <w:autoSpaceDE w:val="0"/>
        <w:autoSpaceDN w:val="0"/>
        <w:spacing w:before="178" w:after="0" w:line="355" w:lineRule="auto"/>
        <w:ind w:left="240" w:right="144" w:hanging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9. Культура и образование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термин «образование» и уметь обосновать его важность для личности и общества;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иметь представление об основных ступенях образования в России и их необходимости;—  понимать взаимосвязь культуры и образованности человека;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приводить примеры взаимосвязи между знанием, образованием и личностным и 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профессиональным ростом человека;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понимать взаимосвязь между знанием и духовно-нравственным развитием общества, осознавать ценность знания, истины, востребованность процесса познания как получения новых сведений о мире.</w:t>
      </w:r>
    </w:p>
    <w:p w14:paraId="1D260B7E" w14:textId="77777777" w:rsidR="00BB7CEA" w:rsidRPr="00735834" w:rsidRDefault="00735834">
      <w:pPr>
        <w:autoSpaceDE w:val="0"/>
        <w:autoSpaceDN w:val="0"/>
        <w:spacing w:before="178" w:after="0" w:line="346" w:lineRule="auto"/>
        <w:ind w:left="240" w:hanging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10. Многообразие культур России (практическое занятие)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Иметь сформированные представления о закономерностях развития культуры и истории народов, их культурных особенностях;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выделять общее и единичное в культуре на основе предметных знаний о культуре своего народа;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предполагать и доказывать наличие взаимосвязи между культурой и духовно-нравственными ценностями на основе местной культурно-исторической специфики;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обосновывать важность сохранения культурного многообразия как источника духовно-нравственных ценностей, морали и нравственности современного общества.</w:t>
      </w:r>
    </w:p>
    <w:p w14:paraId="5793A87B" w14:textId="77777777" w:rsidR="00BB7CEA" w:rsidRPr="00735834" w:rsidRDefault="00735834">
      <w:pPr>
        <w:tabs>
          <w:tab w:val="left" w:pos="240"/>
        </w:tabs>
        <w:autoSpaceDE w:val="0"/>
        <w:autoSpaceDN w:val="0"/>
        <w:spacing w:before="180" w:after="0" w:line="362" w:lineRule="auto"/>
        <w:rPr>
          <w:lang w:val="ru-RU"/>
        </w:rPr>
      </w:pPr>
      <w:r w:rsidRPr="00735834">
        <w:rPr>
          <w:rFonts w:ascii="Times New Roman" w:eastAsia="Times New Roman" w:hAnsi="Times New Roman"/>
          <w:b/>
          <w:color w:val="000000"/>
          <w:sz w:val="24"/>
          <w:lang w:val="ru-RU"/>
        </w:rPr>
        <w:t>Тематический блок 2. «Семья и духовно-нравственные ценности»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11. Семья — хранитель духовных ценностей</w:t>
      </w:r>
      <w:r w:rsidRPr="00735834">
        <w:rPr>
          <w:lang w:val="ru-RU"/>
        </w:rPr>
        <w:br/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Знать и понимать смысл термина «семья»;</w:t>
      </w:r>
      <w:r w:rsidRPr="00735834">
        <w:rPr>
          <w:lang w:val="ru-RU"/>
        </w:rPr>
        <w:br/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—  иметь представление о взаимосвязях между типом культуры и особенностями семейного быта </w:t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и отношений в семье;</w:t>
      </w:r>
      <w:r w:rsidRPr="00735834">
        <w:rPr>
          <w:lang w:val="ru-RU"/>
        </w:rPr>
        <w:br/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осознавать значение термина «поколение» и его взаимосвязь с культурными особенностями </w:t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своего времени;</w:t>
      </w:r>
      <w:r w:rsidRPr="00735834">
        <w:rPr>
          <w:lang w:val="ru-RU"/>
        </w:rPr>
        <w:br/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—  уметь составить рассказ о своей семье в соответствии с культурно-историческими условиями </w:t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её существования;</w:t>
      </w:r>
      <w:r w:rsidRPr="00735834">
        <w:rPr>
          <w:lang w:val="ru-RU"/>
        </w:rPr>
        <w:br/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понимать и обосновывать такие понятия, как «счастливая семья», «семейное счастье»;</w:t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осознавать и уметь доказывать важность семьи как хранителя традиций и её воспитательную</w:t>
      </w:r>
    </w:p>
    <w:p w14:paraId="56B34A01" w14:textId="77777777" w:rsidR="00BB7CEA" w:rsidRPr="00735834" w:rsidRDefault="00BB7CEA">
      <w:pPr>
        <w:rPr>
          <w:lang w:val="ru-RU"/>
        </w:rPr>
        <w:sectPr w:rsidR="00BB7CEA" w:rsidRPr="00735834">
          <w:pgSz w:w="11900" w:h="16840"/>
          <w:pgMar w:top="358" w:right="728" w:bottom="408" w:left="846" w:header="720" w:footer="720" w:gutter="0"/>
          <w:cols w:space="720" w:equalWidth="0">
            <w:col w:w="10326" w:space="0"/>
          </w:cols>
          <w:docGrid w:linePitch="360"/>
        </w:sectPr>
      </w:pPr>
    </w:p>
    <w:p w14:paraId="372AE19B" w14:textId="77777777" w:rsidR="00BB7CEA" w:rsidRPr="00735834" w:rsidRDefault="00BB7CEA">
      <w:pPr>
        <w:autoSpaceDE w:val="0"/>
        <w:autoSpaceDN w:val="0"/>
        <w:spacing w:after="66" w:line="220" w:lineRule="exact"/>
        <w:rPr>
          <w:lang w:val="ru-RU"/>
        </w:rPr>
      </w:pPr>
    </w:p>
    <w:p w14:paraId="031DB79A" w14:textId="77777777" w:rsidR="00BB7CEA" w:rsidRPr="00735834" w:rsidRDefault="00735834">
      <w:pPr>
        <w:autoSpaceDE w:val="0"/>
        <w:autoSpaceDN w:val="0"/>
        <w:spacing w:after="0" w:line="322" w:lineRule="auto"/>
        <w:ind w:left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роль;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понимать смысл терминов «сиротство», «социальное сиротство», обосновывать нравственную важность заботы о сиротах, знать о формах помощи сиротам со стороны государства.</w:t>
      </w:r>
    </w:p>
    <w:p w14:paraId="26193C94" w14:textId="77777777" w:rsidR="00BB7CEA" w:rsidRPr="00735834" w:rsidRDefault="00735834">
      <w:pPr>
        <w:autoSpaceDE w:val="0"/>
        <w:autoSpaceDN w:val="0"/>
        <w:spacing w:before="178" w:after="0" w:line="370" w:lineRule="auto"/>
        <w:ind w:left="240" w:right="720" w:hanging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12. Родина начинается с семьи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Знать и уметь объяснить понятие «Родина»;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осознавать взаимосвязь и различия между концептами «Отечество» и «Родина»;—  понимать, что такое история семьи, каковы формы её выражения и сохранения;—  обосновывать и доказывать взаимосвязь истории семьи и истории народа, государства, человечества.</w:t>
      </w:r>
    </w:p>
    <w:p w14:paraId="3135C4FF" w14:textId="77777777" w:rsidR="00BB7CEA" w:rsidRPr="00735834" w:rsidRDefault="00735834">
      <w:pPr>
        <w:autoSpaceDE w:val="0"/>
        <w:autoSpaceDN w:val="0"/>
        <w:spacing w:before="180" w:after="0" w:line="350" w:lineRule="auto"/>
        <w:ind w:left="240" w:right="288" w:hanging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13. Традиции семейного воспитания в России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Иметь представление о семейных традициях и обосновывать их важность как ключевых элементах семейных отношений;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знать и понимать взаимосвязь семейных традиций и культуры собственного этноса;—  уметь рассказывать о семейных традициях своего народа и народов России, собственной семьи;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осознавать роль семейных традиций в культуре общества, трансляции ценностей, духовно-нравственных идеалов.</w:t>
      </w:r>
    </w:p>
    <w:p w14:paraId="76D34333" w14:textId="77777777" w:rsidR="00BB7CEA" w:rsidRPr="00735834" w:rsidRDefault="00735834">
      <w:pPr>
        <w:autoSpaceDE w:val="0"/>
        <w:autoSpaceDN w:val="0"/>
        <w:spacing w:before="178" w:after="0" w:line="338" w:lineRule="auto"/>
        <w:ind w:left="240" w:right="288" w:hanging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14. Образ семьи в культуре народов России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Знать и называть традиционные сказочные и фольклорные сюжеты о семье, семейных обязанностях;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уметь обосновывать своё понимание семейных ценностей, выраженных в фольклорных сюжетах;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знать и понимать морально-нравственное значение семьи в литературных произведениях, иметь представление о ключевых сюжетах с участием семьи в произведениях художественной культуры;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понимать и обосновывать важность семейных ценностей с использованием различного иллюстративного материала.</w:t>
      </w:r>
    </w:p>
    <w:p w14:paraId="21C5F031" w14:textId="77777777" w:rsidR="00BB7CEA" w:rsidRPr="00735834" w:rsidRDefault="00735834">
      <w:pPr>
        <w:autoSpaceDE w:val="0"/>
        <w:autoSpaceDN w:val="0"/>
        <w:spacing w:before="178" w:after="0" w:line="350" w:lineRule="auto"/>
        <w:ind w:left="240" w:right="288" w:hanging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15. Труд в истории семьи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Знать и понимать, что такое семейное хозяйство и домашний труд;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понимать и уметь объяснять специфику семьи как социального института, характеризовать роль домашнего труда и распределение экономических функций в семье;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осознавать и оценивать семейный уклад и взаимосвязь с социально-экономической структурой общества в форме большой и малой семей;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распределение семейного труда и осознавать его важность для укрепления целостности семьи.</w:t>
      </w:r>
    </w:p>
    <w:p w14:paraId="419C5A99" w14:textId="77777777" w:rsidR="00BB7CEA" w:rsidRPr="00735834" w:rsidRDefault="00735834">
      <w:pPr>
        <w:tabs>
          <w:tab w:val="left" w:pos="240"/>
        </w:tabs>
        <w:autoSpaceDE w:val="0"/>
        <w:autoSpaceDN w:val="0"/>
        <w:spacing w:before="178" w:after="0" w:line="310" w:lineRule="auto"/>
        <w:ind w:right="72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16. Семья в современном мире (</w:t>
      </w:r>
      <w:r w:rsidRPr="00735834">
        <w:rPr>
          <w:rFonts w:ascii="Times New Roman" w:eastAsia="Times New Roman" w:hAnsi="Times New Roman"/>
          <w:i/>
          <w:color w:val="000000"/>
          <w:sz w:val="24"/>
          <w:lang w:val="ru-RU"/>
        </w:rPr>
        <w:t>практическое занятие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)</w:t>
      </w:r>
      <w:r w:rsidRPr="00735834">
        <w:rPr>
          <w:lang w:val="ru-RU"/>
        </w:rPr>
        <w:br/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Иметь сформированные представления о закономерностях развития семьи в культуре и</w:t>
      </w:r>
    </w:p>
    <w:p w14:paraId="264C6E69" w14:textId="77777777" w:rsidR="00BB7CEA" w:rsidRPr="00735834" w:rsidRDefault="00BB7CEA">
      <w:pPr>
        <w:rPr>
          <w:lang w:val="ru-RU"/>
        </w:rPr>
        <w:sectPr w:rsidR="00BB7CEA" w:rsidRPr="00735834">
          <w:pgSz w:w="11900" w:h="16840"/>
          <w:pgMar w:top="286" w:right="710" w:bottom="318" w:left="846" w:header="720" w:footer="720" w:gutter="0"/>
          <w:cols w:space="720" w:equalWidth="0">
            <w:col w:w="10344" w:space="0"/>
          </w:cols>
          <w:docGrid w:linePitch="360"/>
        </w:sectPr>
      </w:pPr>
    </w:p>
    <w:p w14:paraId="5D3468EA" w14:textId="77777777" w:rsidR="00BB7CEA" w:rsidRPr="00735834" w:rsidRDefault="00BB7CEA">
      <w:pPr>
        <w:autoSpaceDE w:val="0"/>
        <w:autoSpaceDN w:val="0"/>
        <w:spacing w:after="66" w:line="220" w:lineRule="exact"/>
        <w:rPr>
          <w:lang w:val="ru-RU"/>
        </w:rPr>
      </w:pPr>
    </w:p>
    <w:p w14:paraId="3EA9D0BE" w14:textId="77777777" w:rsidR="00BB7CEA" w:rsidRPr="00735834" w:rsidRDefault="00735834">
      <w:pPr>
        <w:autoSpaceDE w:val="0"/>
        <w:autoSpaceDN w:val="0"/>
        <w:spacing w:after="0" w:line="338" w:lineRule="auto"/>
        <w:ind w:left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истории народов России, уметь обосновывать данные закономерности на региональных материалах и примерах из жизни собственной семьи;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предполагать и доказывать наличие взаимосвязи между культурой и духовно-нравственными ценностями семьи;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обосновывать важность семьи и семейных традиций для трансляции духовно-нравственных ценностей, морали и нравственности как фактора культурной преемственности.</w:t>
      </w:r>
    </w:p>
    <w:p w14:paraId="13B9ECE8" w14:textId="77777777" w:rsidR="00BB7CEA" w:rsidRPr="00735834" w:rsidRDefault="00735834">
      <w:pPr>
        <w:tabs>
          <w:tab w:val="left" w:pos="240"/>
        </w:tabs>
        <w:autoSpaceDE w:val="0"/>
        <w:autoSpaceDN w:val="0"/>
        <w:spacing w:before="300" w:after="0" w:line="350" w:lineRule="auto"/>
        <w:rPr>
          <w:lang w:val="ru-RU"/>
        </w:rPr>
      </w:pPr>
      <w:r w:rsidRPr="00735834">
        <w:rPr>
          <w:rFonts w:ascii="Times New Roman" w:eastAsia="Times New Roman" w:hAnsi="Times New Roman"/>
          <w:b/>
          <w:color w:val="000000"/>
          <w:sz w:val="24"/>
          <w:lang w:val="ru-RU"/>
        </w:rPr>
        <w:t>Тематический блок 3. «Духовно-нравственное богатство личности»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17. Личность — общество — культура</w:t>
      </w:r>
      <w:r w:rsidRPr="00735834">
        <w:rPr>
          <w:lang w:val="ru-RU"/>
        </w:rPr>
        <w:br/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Знать и понимать значение термина «человек» в контексте духовно-нравственной культуры;</w:t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—  уметь обосновать взаимосвязь и взаимообусловленность человека и общества, человека и </w:t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культуры;</w:t>
      </w:r>
      <w:r w:rsidRPr="00735834">
        <w:rPr>
          <w:lang w:val="ru-RU"/>
        </w:rPr>
        <w:br/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и объяснять различия между обоснованием термина «личность» в быту, в контексте </w:t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культуры и творчества;</w:t>
      </w:r>
      <w:r w:rsidRPr="00735834">
        <w:rPr>
          <w:lang w:val="ru-RU"/>
        </w:rPr>
        <w:br/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знать, что такое гуманизм, иметь представление о его источниках в культуре.</w:t>
      </w:r>
    </w:p>
    <w:p w14:paraId="5EC238A0" w14:textId="77777777" w:rsidR="00BB7CEA" w:rsidRPr="00735834" w:rsidRDefault="00735834">
      <w:pPr>
        <w:autoSpaceDE w:val="0"/>
        <w:autoSpaceDN w:val="0"/>
        <w:spacing w:before="178" w:after="0" w:line="370" w:lineRule="auto"/>
        <w:ind w:left="240" w:right="720" w:hanging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18. Духовный мир человека. Человек — творец культуры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Знать значение термина «творчество» в нескольких аспектах и понимать границы их применимости;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осознавать и доказывать важность морально- нравственных ограничений в творчестве;—  обосновывать важность творчества как реализацию духовно-нравственных ценностей человека;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доказывать детерминированность творчества культурой своего этноса;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знать и уметь объяснить взаимосвязь труда и творчества.</w:t>
      </w:r>
    </w:p>
    <w:p w14:paraId="5C0342BE" w14:textId="77777777" w:rsidR="00BB7CEA" w:rsidRPr="00735834" w:rsidRDefault="00735834">
      <w:pPr>
        <w:autoSpaceDE w:val="0"/>
        <w:autoSpaceDN w:val="0"/>
        <w:spacing w:before="180" w:after="0" w:line="346" w:lineRule="auto"/>
        <w:ind w:left="240" w:right="144" w:hanging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19. Личность и духовно-нравственные ценности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Знать и уметь объяснить значение и роль морали и нравственности в жизни человека;—  обосновывать происхождение духовных ценностей, понимание идеалов добра и зла;—  понимать и уметь показывать на примерах значение таких ценностей, как «взаимопомощь»,«сострадание», «милосердие», «любовь», «дружба», «коллективизм», «патриотизм», «любовь к близким».</w:t>
      </w:r>
    </w:p>
    <w:p w14:paraId="04244D17" w14:textId="77777777" w:rsidR="00BB7CEA" w:rsidRPr="00735834" w:rsidRDefault="00735834">
      <w:pPr>
        <w:tabs>
          <w:tab w:val="left" w:pos="240"/>
        </w:tabs>
        <w:autoSpaceDE w:val="0"/>
        <w:autoSpaceDN w:val="0"/>
        <w:spacing w:before="178" w:after="0" w:line="346" w:lineRule="auto"/>
        <w:rPr>
          <w:lang w:val="ru-RU"/>
        </w:rPr>
      </w:pPr>
      <w:r w:rsidRPr="00735834">
        <w:rPr>
          <w:rFonts w:ascii="Times New Roman" w:eastAsia="Times New Roman" w:hAnsi="Times New Roman"/>
          <w:b/>
          <w:color w:val="000000"/>
          <w:sz w:val="24"/>
          <w:lang w:val="ru-RU"/>
        </w:rPr>
        <w:t>Тематический блок 4. «Культурное единство России»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20. Историческая память как духовно-нравственная ценность</w:t>
      </w:r>
      <w:r w:rsidRPr="00735834">
        <w:rPr>
          <w:lang w:val="ru-RU"/>
        </w:rPr>
        <w:br/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и уметь объяснять суть термина «история», знать основные исторические периоды </w:t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и уметь выделять их сущностные черты;</w:t>
      </w:r>
      <w:r w:rsidRPr="00735834">
        <w:rPr>
          <w:lang w:val="ru-RU"/>
        </w:rPr>
        <w:br/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иметь представление о значении и функциях изучения истории;</w:t>
      </w:r>
      <w:r w:rsidRPr="00735834">
        <w:rPr>
          <w:lang w:val="ru-RU"/>
        </w:rPr>
        <w:br/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осознавать историю своей семьи и народа как часть мирового исторического процесса. Знать</w:t>
      </w:r>
    </w:p>
    <w:p w14:paraId="7FAE2B91" w14:textId="77777777" w:rsidR="00BB7CEA" w:rsidRPr="00735834" w:rsidRDefault="00BB7CEA">
      <w:pPr>
        <w:rPr>
          <w:lang w:val="ru-RU"/>
        </w:rPr>
        <w:sectPr w:rsidR="00BB7CEA" w:rsidRPr="00735834">
          <w:pgSz w:w="11900" w:h="16840"/>
          <w:pgMar w:top="286" w:right="754" w:bottom="452" w:left="846" w:header="720" w:footer="720" w:gutter="0"/>
          <w:cols w:space="720" w:equalWidth="0">
            <w:col w:w="10300" w:space="0"/>
          </w:cols>
          <w:docGrid w:linePitch="360"/>
        </w:sectPr>
      </w:pPr>
    </w:p>
    <w:p w14:paraId="57CA4D10" w14:textId="77777777" w:rsidR="00BB7CEA" w:rsidRPr="00735834" w:rsidRDefault="00BB7CEA">
      <w:pPr>
        <w:autoSpaceDE w:val="0"/>
        <w:autoSpaceDN w:val="0"/>
        <w:spacing w:after="66" w:line="220" w:lineRule="exact"/>
        <w:rPr>
          <w:lang w:val="ru-RU"/>
        </w:rPr>
      </w:pPr>
    </w:p>
    <w:p w14:paraId="06FB5487" w14:textId="77777777" w:rsidR="00BB7CEA" w:rsidRPr="00735834" w:rsidRDefault="00735834">
      <w:pPr>
        <w:autoSpaceDE w:val="0"/>
        <w:autoSpaceDN w:val="0"/>
        <w:spacing w:after="0" w:line="262" w:lineRule="auto"/>
        <w:ind w:left="240" w:right="144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о существовании связи между историческими событиями и культурой. Обосновывать важность изучения истории как духовно-нравственного долга гражданина и патриота.</w:t>
      </w:r>
    </w:p>
    <w:p w14:paraId="72E6803A" w14:textId="77777777" w:rsidR="00BB7CEA" w:rsidRPr="00735834" w:rsidRDefault="00735834">
      <w:pPr>
        <w:autoSpaceDE w:val="0"/>
        <w:autoSpaceDN w:val="0"/>
        <w:spacing w:before="178" w:after="0" w:line="230" w:lineRule="auto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21. Литература как язык культуры</w:t>
      </w:r>
    </w:p>
    <w:p w14:paraId="0FD23253" w14:textId="77777777" w:rsidR="00BB7CEA" w:rsidRPr="00735834" w:rsidRDefault="00735834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Знать и понимать отличия литературы от других видов художественного творчества;</w:t>
      </w:r>
    </w:p>
    <w:p w14:paraId="0DE15A5F" w14:textId="77777777" w:rsidR="00BB7CEA" w:rsidRPr="00735834" w:rsidRDefault="00735834">
      <w:pPr>
        <w:autoSpaceDE w:val="0"/>
        <w:autoSpaceDN w:val="0"/>
        <w:spacing w:before="238" w:after="0" w:line="262" w:lineRule="auto"/>
        <w:ind w:left="240" w:right="14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рассказывать об особенностях литературного повествования, выделять простые выразительные средства литературного языка;</w:t>
      </w:r>
    </w:p>
    <w:p w14:paraId="1954952D" w14:textId="77777777" w:rsidR="00BB7CEA" w:rsidRPr="00735834" w:rsidRDefault="00735834">
      <w:pPr>
        <w:autoSpaceDE w:val="0"/>
        <w:autoSpaceDN w:val="0"/>
        <w:spacing w:before="238" w:after="0" w:line="262" w:lineRule="auto"/>
        <w:ind w:left="240" w:right="72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обосновывать и доказывать важность литературы как культурного явления, как формы трансляции культурных ценностей;</w:t>
      </w:r>
    </w:p>
    <w:p w14:paraId="5CEBAEB2" w14:textId="77777777" w:rsidR="00BB7CEA" w:rsidRPr="00735834" w:rsidRDefault="00735834">
      <w:pPr>
        <w:autoSpaceDE w:val="0"/>
        <w:autoSpaceDN w:val="0"/>
        <w:spacing w:before="240" w:after="0" w:line="262" w:lineRule="auto"/>
        <w:ind w:left="240" w:right="1152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находить и обозначать средства выражения морального и нравственного смысла в литературных произведениях.</w:t>
      </w:r>
    </w:p>
    <w:p w14:paraId="5899CA37" w14:textId="77777777" w:rsidR="00BB7CEA" w:rsidRPr="00735834" w:rsidRDefault="00735834">
      <w:pPr>
        <w:autoSpaceDE w:val="0"/>
        <w:autoSpaceDN w:val="0"/>
        <w:spacing w:before="178" w:after="0" w:line="230" w:lineRule="auto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22. Взаимовлияние культур</w:t>
      </w:r>
    </w:p>
    <w:p w14:paraId="1EEF7ADF" w14:textId="77777777" w:rsidR="00BB7CEA" w:rsidRPr="00735834" w:rsidRDefault="00735834">
      <w:pPr>
        <w:autoSpaceDE w:val="0"/>
        <w:autoSpaceDN w:val="0"/>
        <w:spacing w:before="178" w:after="0" w:line="262" w:lineRule="auto"/>
        <w:ind w:left="240" w:right="144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Иметь представление о значении терминов «взаимодействие культур», «культурный обмен»как формах распространения и обогащения духовно-нравственных идеалов общества;</w:t>
      </w:r>
    </w:p>
    <w:p w14:paraId="64497D26" w14:textId="77777777" w:rsidR="00BB7CEA" w:rsidRPr="00735834" w:rsidRDefault="00735834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понимать и обосновывать важность сохранения культурного наследия;</w:t>
      </w:r>
    </w:p>
    <w:p w14:paraId="72530739" w14:textId="77777777" w:rsidR="00BB7CEA" w:rsidRPr="00735834" w:rsidRDefault="00735834">
      <w:pPr>
        <w:autoSpaceDE w:val="0"/>
        <w:autoSpaceDN w:val="0"/>
        <w:spacing w:before="238" w:after="0" w:line="262" w:lineRule="auto"/>
        <w:ind w:left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знать, что такое глобализация, уметь приводить примеры межкультурной коммуникации как способа формирования общих духовно-нравственных ценностей.</w:t>
      </w:r>
    </w:p>
    <w:p w14:paraId="76490F8A" w14:textId="77777777" w:rsidR="00BB7CEA" w:rsidRPr="00735834" w:rsidRDefault="00735834">
      <w:pPr>
        <w:autoSpaceDE w:val="0"/>
        <w:autoSpaceDN w:val="0"/>
        <w:spacing w:before="178" w:after="0" w:line="230" w:lineRule="auto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23. Духовно-нравственные ценности российского народа</w:t>
      </w:r>
    </w:p>
    <w:p w14:paraId="6BE60875" w14:textId="77777777" w:rsidR="00BB7CEA" w:rsidRPr="00735834" w:rsidRDefault="00735834">
      <w:pPr>
        <w:autoSpaceDE w:val="0"/>
        <w:autoSpaceDN w:val="0"/>
        <w:spacing w:before="178" w:after="0" w:line="283" w:lineRule="auto"/>
        <w:ind w:left="240" w:right="576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Знать и уметь объяснить суть и значение следующих духовно-нравственных ценностей: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взаимопомощь, историческая память и преемственность поколений, единство народов России с опорой на культурные и исторические особенности российского народа:</w:t>
      </w:r>
    </w:p>
    <w:p w14:paraId="72DF5CEC" w14:textId="77777777" w:rsidR="00BB7CEA" w:rsidRPr="00735834" w:rsidRDefault="00735834">
      <w:pPr>
        <w:autoSpaceDE w:val="0"/>
        <w:autoSpaceDN w:val="0"/>
        <w:spacing w:before="238" w:after="0" w:line="262" w:lineRule="auto"/>
        <w:ind w:left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осознавать духовно-нравственные ценности в качестве базовых общегражданских ценностей российского общества и уметь доказывать это.</w:t>
      </w:r>
    </w:p>
    <w:p w14:paraId="7DFCC3A4" w14:textId="77777777" w:rsidR="00BB7CEA" w:rsidRPr="00735834" w:rsidRDefault="00735834">
      <w:pPr>
        <w:autoSpaceDE w:val="0"/>
        <w:autoSpaceDN w:val="0"/>
        <w:spacing w:before="180" w:after="0" w:line="230" w:lineRule="auto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24. Регионы России: культурное многообразие</w:t>
      </w:r>
    </w:p>
    <w:p w14:paraId="64EA58CC" w14:textId="77777777" w:rsidR="00BB7CEA" w:rsidRPr="00735834" w:rsidRDefault="00735834">
      <w:pPr>
        <w:autoSpaceDE w:val="0"/>
        <w:autoSpaceDN w:val="0"/>
        <w:spacing w:before="180" w:after="0" w:line="230" w:lineRule="auto"/>
        <w:ind w:left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Понимать принципы федеративного устройства России и концепт «полиэтничность»;</w:t>
      </w:r>
    </w:p>
    <w:p w14:paraId="0D5D6B72" w14:textId="77777777" w:rsidR="00BB7CEA" w:rsidRPr="00735834" w:rsidRDefault="00735834">
      <w:pPr>
        <w:autoSpaceDE w:val="0"/>
        <w:autoSpaceDN w:val="0"/>
        <w:spacing w:before="238" w:after="0" w:line="262" w:lineRule="auto"/>
        <w:ind w:left="240" w:right="1008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называть основные этносы Российской Федерации и регионы, где они традиционно проживают;</w:t>
      </w:r>
    </w:p>
    <w:p w14:paraId="53EFA604" w14:textId="77777777" w:rsidR="00BB7CEA" w:rsidRPr="00735834" w:rsidRDefault="00735834">
      <w:pPr>
        <w:autoSpaceDE w:val="0"/>
        <w:autoSpaceDN w:val="0"/>
        <w:spacing w:before="238" w:after="0" w:line="262" w:lineRule="auto"/>
        <w:ind w:left="240" w:right="1008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уметь объяснить значение словосочетаний «многонациональный народ Российской Федерации», «государствообразующий народ», «титульный этнос»;</w:t>
      </w:r>
    </w:p>
    <w:p w14:paraId="2BC0CABC" w14:textId="77777777" w:rsidR="00BB7CEA" w:rsidRPr="00735834" w:rsidRDefault="00735834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понимать ценность многообразия культурных укладов народов Российской Федерации;</w:t>
      </w:r>
    </w:p>
    <w:p w14:paraId="1E2E5BA0" w14:textId="77777777" w:rsidR="00BB7CEA" w:rsidRPr="00735834" w:rsidRDefault="00735834">
      <w:pPr>
        <w:autoSpaceDE w:val="0"/>
        <w:autoSpaceDN w:val="0"/>
        <w:spacing w:before="238" w:after="0" w:line="262" w:lineRule="auto"/>
        <w:ind w:left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демонстрировать готовность к сохранению межнационального и межрелигиозного согласия в России;</w:t>
      </w:r>
    </w:p>
    <w:p w14:paraId="737DCDFB" w14:textId="77777777" w:rsidR="00BB7CEA" w:rsidRPr="00735834" w:rsidRDefault="00735834">
      <w:pPr>
        <w:autoSpaceDE w:val="0"/>
        <w:autoSpaceDN w:val="0"/>
        <w:spacing w:before="238" w:after="0" w:line="262" w:lineRule="auto"/>
        <w:ind w:left="240" w:right="432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уметь выделять общие черты в культуре различных народов, обосновывать их значение и причины</w:t>
      </w:r>
    </w:p>
    <w:p w14:paraId="3C54139D" w14:textId="77777777" w:rsidR="00BB7CEA" w:rsidRPr="00735834" w:rsidRDefault="00735834">
      <w:pPr>
        <w:autoSpaceDE w:val="0"/>
        <w:autoSpaceDN w:val="0"/>
        <w:spacing w:before="178" w:after="0" w:line="230" w:lineRule="auto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25. Праздники в культуре народов России</w:t>
      </w:r>
    </w:p>
    <w:p w14:paraId="00814A93" w14:textId="77777777" w:rsidR="00BB7CEA" w:rsidRPr="00735834" w:rsidRDefault="00BB7CEA">
      <w:pPr>
        <w:rPr>
          <w:lang w:val="ru-RU"/>
        </w:rPr>
        <w:sectPr w:rsidR="00BB7CEA" w:rsidRPr="00735834">
          <w:pgSz w:w="11900" w:h="16840"/>
          <w:pgMar w:top="286" w:right="790" w:bottom="372" w:left="846" w:header="720" w:footer="720" w:gutter="0"/>
          <w:cols w:space="720" w:equalWidth="0">
            <w:col w:w="10264" w:space="0"/>
          </w:cols>
          <w:docGrid w:linePitch="360"/>
        </w:sectPr>
      </w:pPr>
    </w:p>
    <w:p w14:paraId="7B16A963" w14:textId="77777777" w:rsidR="00BB7CEA" w:rsidRPr="00735834" w:rsidRDefault="00BB7CEA">
      <w:pPr>
        <w:autoSpaceDE w:val="0"/>
        <w:autoSpaceDN w:val="0"/>
        <w:spacing w:after="132" w:line="220" w:lineRule="exact"/>
        <w:rPr>
          <w:lang w:val="ru-RU"/>
        </w:rPr>
      </w:pPr>
    </w:p>
    <w:p w14:paraId="2F6D3FD1" w14:textId="77777777" w:rsidR="00BB7CEA" w:rsidRPr="00735834" w:rsidRDefault="00735834">
      <w:pPr>
        <w:autoSpaceDE w:val="0"/>
        <w:autoSpaceDN w:val="0"/>
        <w:spacing w:after="0" w:line="389" w:lineRule="auto"/>
        <w:ind w:left="240" w:right="576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Иметь представление о природе праздников и обосновывать их важность как элементов культуры;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взаимосвязь праздников и культурного уклада;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различать основные типы праздников;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уметь рассказывать о праздничных традициях народов России и собственной семьи;—  анализировать связь праздников и истории, культуры народов России;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понимать основной смысл семейных праздников: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определять нравственный смысл праздников народов России;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осознавать значение праздников как элементов культурной памяти народов России, как воплощение духовно-нравственных идеалов.</w:t>
      </w:r>
    </w:p>
    <w:p w14:paraId="0D35F5E4" w14:textId="77777777" w:rsidR="00BB7CEA" w:rsidRPr="00735834" w:rsidRDefault="00735834">
      <w:pPr>
        <w:autoSpaceDE w:val="0"/>
        <w:autoSpaceDN w:val="0"/>
        <w:spacing w:before="178" w:after="0" w:line="355" w:lineRule="auto"/>
        <w:ind w:left="240" w:hanging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26. Памятники архитектуры народов России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—  Знать, что такое архитектура, уметь охарактеризовать основные типы памятников 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архитектуры и проследить связь между их структурой и особенностями культуры и этапами исторического развития;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понимать взаимосвязь между типом жилищ и типом хозяйственной деятельности;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осознавать и уметь охарактеризовать связь между уровнем научно-технического развития и типами жилищ;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осознавать и уметь объяснять взаимосвязь между особенностями архитектуры и духовно-нравственными ценностями народов России;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связь между историей памятника и историей края, характеризовать памятники истории и культуры;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иметь представление о нравственном и научном смысле краеведческой работы.</w:t>
      </w:r>
    </w:p>
    <w:p w14:paraId="6A26F1CF" w14:textId="77777777" w:rsidR="00BB7CEA" w:rsidRPr="00735834" w:rsidRDefault="00735834">
      <w:pPr>
        <w:tabs>
          <w:tab w:val="left" w:pos="240"/>
        </w:tabs>
        <w:autoSpaceDE w:val="0"/>
        <w:autoSpaceDN w:val="0"/>
        <w:spacing w:before="178" w:after="0" w:line="350" w:lineRule="auto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27. Музыкальная культура народов России</w:t>
      </w:r>
      <w:r w:rsidRPr="00735834">
        <w:rPr>
          <w:lang w:val="ru-RU"/>
        </w:rPr>
        <w:br/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—  Знать и понимать отличия музыки от других видов художественного творчества, рассказывать </w:t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об особенностях музыкального повествования, выделять простые выразительные средства </w:t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музыкального языка;</w:t>
      </w:r>
      <w:r w:rsidRPr="00735834">
        <w:rPr>
          <w:lang w:val="ru-RU"/>
        </w:rPr>
        <w:br/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обосновывать и доказывать важность музыки как культурного явления, как формы </w:t>
      </w:r>
      <w:r w:rsidRPr="00735834">
        <w:rPr>
          <w:lang w:val="ru-RU"/>
        </w:rPr>
        <w:br/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трансляции культурных ценностей;</w:t>
      </w:r>
      <w:r w:rsidRPr="00735834">
        <w:rPr>
          <w:lang w:val="ru-RU"/>
        </w:rPr>
        <w:br/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и обозначать средства выражения морального и нравственного смысла </w:t>
      </w:r>
      <w:r w:rsidRPr="00735834">
        <w:rPr>
          <w:lang w:val="ru-RU"/>
        </w:rPr>
        <w:br/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музыкальных произведений;</w:t>
      </w:r>
      <w:r w:rsidRPr="00735834">
        <w:rPr>
          <w:lang w:val="ru-RU"/>
        </w:rPr>
        <w:br/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знать основные темы музыкального творчества народов России, народные инструменты Тема 28. Изобразительное искусство народов России</w:t>
      </w:r>
      <w:r w:rsidRPr="00735834">
        <w:rPr>
          <w:lang w:val="ru-RU"/>
        </w:rPr>
        <w:br/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—  Знать и понимать отличия изобразительного искусства от других видов художественного </w:t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творчества, рассказывать об особенностях и выразительных средствах изобразительного </w:t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искусства;</w:t>
      </w:r>
      <w:r w:rsidRPr="00735834">
        <w:rPr>
          <w:lang w:val="ru-RU"/>
        </w:rPr>
        <w:br/>
      </w:r>
      <w:r w:rsidRPr="00735834">
        <w:rPr>
          <w:lang w:val="ru-RU"/>
        </w:rPr>
        <w:tab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уметь объяснить, что такое скульптура, живопись, графика, фольклорные орнаменты;</w:t>
      </w:r>
    </w:p>
    <w:p w14:paraId="73178510" w14:textId="77777777" w:rsidR="00BB7CEA" w:rsidRPr="00735834" w:rsidRDefault="00BB7CEA">
      <w:pPr>
        <w:rPr>
          <w:lang w:val="ru-RU"/>
        </w:rPr>
        <w:sectPr w:rsidR="00BB7CEA" w:rsidRPr="00735834">
          <w:pgSz w:w="11900" w:h="16840"/>
          <w:pgMar w:top="352" w:right="710" w:bottom="384" w:left="846" w:header="720" w:footer="720" w:gutter="0"/>
          <w:cols w:space="720" w:equalWidth="0">
            <w:col w:w="10344" w:space="0"/>
          </w:cols>
          <w:docGrid w:linePitch="360"/>
        </w:sectPr>
      </w:pPr>
    </w:p>
    <w:p w14:paraId="6858A21C" w14:textId="77777777" w:rsidR="00BB7CEA" w:rsidRPr="00735834" w:rsidRDefault="00BB7CEA">
      <w:pPr>
        <w:autoSpaceDE w:val="0"/>
        <w:autoSpaceDN w:val="0"/>
        <w:spacing w:after="84" w:line="220" w:lineRule="exact"/>
        <w:rPr>
          <w:lang w:val="ru-RU"/>
        </w:rPr>
      </w:pPr>
    </w:p>
    <w:p w14:paraId="2B4FEA35" w14:textId="77777777" w:rsidR="00BB7CEA" w:rsidRPr="00735834" w:rsidRDefault="00735834">
      <w:pPr>
        <w:autoSpaceDE w:val="0"/>
        <w:autoSpaceDN w:val="0"/>
        <w:spacing w:after="0" w:line="262" w:lineRule="auto"/>
        <w:ind w:left="240" w:right="144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обосновывать и доказывать важность изобразительного искусства как культурного явления, как формы трансляции культурных ценностей;</w:t>
      </w:r>
    </w:p>
    <w:p w14:paraId="33D8CB85" w14:textId="77777777" w:rsidR="00BB7CEA" w:rsidRPr="00735834" w:rsidRDefault="00735834">
      <w:pPr>
        <w:autoSpaceDE w:val="0"/>
        <w:autoSpaceDN w:val="0"/>
        <w:spacing w:before="238" w:after="0" w:line="262" w:lineRule="auto"/>
        <w:ind w:left="240" w:right="1296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находить и обозначать средства выражения морального и нравственного смысла изобразительного искусства;</w:t>
      </w:r>
    </w:p>
    <w:p w14:paraId="1F04861C" w14:textId="77777777" w:rsidR="00BB7CEA" w:rsidRPr="00735834" w:rsidRDefault="00735834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знать основные темы изобразительного искусства народов России.</w:t>
      </w:r>
    </w:p>
    <w:p w14:paraId="0B999D04" w14:textId="77777777" w:rsidR="00BB7CEA" w:rsidRPr="00735834" w:rsidRDefault="00735834">
      <w:pPr>
        <w:autoSpaceDE w:val="0"/>
        <w:autoSpaceDN w:val="0"/>
        <w:spacing w:before="178" w:after="0" w:line="230" w:lineRule="auto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29. Фольклор и литература народов России</w:t>
      </w:r>
    </w:p>
    <w:p w14:paraId="1F2968D0" w14:textId="77777777" w:rsidR="00BB7CEA" w:rsidRPr="00735834" w:rsidRDefault="00735834">
      <w:pPr>
        <w:autoSpaceDE w:val="0"/>
        <w:autoSpaceDN w:val="0"/>
        <w:spacing w:before="178" w:after="0" w:line="262" w:lineRule="auto"/>
        <w:ind w:left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Знать и понимать, что такое пословицы и поговорки, обосновывать важность и нужность этих языковых выразительных средств;</w:t>
      </w:r>
    </w:p>
    <w:p w14:paraId="12A6BC8C" w14:textId="77777777" w:rsidR="00BB7CEA" w:rsidRPr="00735834" w:rsidRDefault="00735834">
      <w:pPr>
        <w:autoSpaceDE w:val="0"/>
        <w:autoSpaceDN w:val="0"/>
        <w:spacing w:before="240" w:after="0" w:line="230" w:lineRule="auto"/>
        <w:ind w:left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понимать и объяснять, что такое эпос, миф, сказка, былина, песня;</w:t>
      </w:r>
    </w:p>
    <w:p w14:paraId="219BF731" w14:textId="77777777" w:rsidR="00BB7CEA" w:rsidRPr="00735834" w:rsidRDefault="00735834">
      <w:pPr>
        <w:autoSpaceDE w:val="0"/>
        <w:autoSpaceDN w:val="0"/>
        <w:spacing w:before="240" w:after="0" w:line="262" w:lineRule="auto"/>
        <w:ind w:left="240" w:right="72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14:paraId="7766CC58" w14:textId="77777777" w:rsidR="00BB7CEA" w:rsidRPr="00735834" w:rsidRDefault="00735834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знать, что такое национальная литература и каковы её выразительные средства;</w:t>
      </w:r>
    </w:p>
    <w:p w14:paraId="3DBA38FD" w14:textId="77777777" w:rsidR="00BB7CEA" w:rsidRPr="00735834" w:rsidRDefault="00735834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оценивать морально-нравственный потенциал национальной литературы.</w:t>
      </w:r>
    </w:p>
    <w:p w14:paraId="2C2926D7" w14:textId="77777777" w:rsidR="00BB7CEA" w:rsidRPr="00735834" w:rsidRDefault="00735834">
      <w:pPr>
        <w:autoSpaceDE w:val="0"/>
        <w:autoSpaceDN w:val="0"/>
        <w:spacing w:before="178" w:after="0" w:line="230" w:lineRule="auto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30. Бытовые традиции народов России: пища, одежда, дом</w:t>
      </w:r>
    </w:p>
    <w:p w14:paraId="41C3D348" w14:textId="77777777" w:rsidR="00BB7CEA" w:rsidRPr="00735834" w:rsidRDefault="00735834">
      <w:pPr>
        <w:autoSpaceDE w:val="0"/>
        <w:autoSpaceDN w:val="0"/>
        <w:spacing w:before="178" w:after="0" w:line="262" w:lineRule="auto"/>
        <w:ind w:left="240" w:right="288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Знать и уметь объяснить взаимосвязь между бытом и природными условиями проживания народа на примерах из истории и культуры своего региона;</w:t>
      </w:r>
    </w:p>
    <w:p w14:paraId="108D4E72" w14:textId="77777777" w:rsidR="00BB7CEA" w:rsidRPr="00735834" w:rsidRDefault="00735834">
      <w:pPr>
        <w:autoSpaceDE w:val="0"/>
        <w:autoSpaceDN w:val="0"/>
        <w:spacing w:before="238" w:after="0" w:line="262" w:lineRule="auto"/>
        <w:ind w:left="240" w:right="72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уметь доказывать и отстаивать важность сохранения и развития культурных, духовно-нравственных, семейных и этнических традиций, многообразия культур;</w:t>
      </w:r>
    </w:p>
    <w:p w14:paraId="1807245D" w14:textId="77777777" w:rsidR="00BB7CEA" w:rsidRPr="00735834" w:rsidRDefault="00735834">
      <w:pPr>
        <w:autoSpaceDE w:val="0"/>
        <w:autoSpaceDN w:val="0"/>
        <w:spacing w:before="238" w:after="0" w:line="271" w:lineRule="auto"/>
        <w:ind w:left="240" w:right="576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—  уметь оценивать и устанавливать границы и приоритеты взаимодействия между людьми разной этнической, религиозной и гражданской идентичности на доступном для 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шестиклассников уровне (с учётом их возрастных особенностей);</w:t>
      </w:r>
    </w:p>
    <w:p w14:paraId="650AB90F" w14:textId="77777777" w:rsidR="00BB7CEA" w:rsidRPr="00735834" w:rsidRDefault="00735834">
      <w:pPr>
        <w:autoSpaceDE w:val="0"/>
        <w:autoSpaceDN w:val="0"/>
        <w:spacing w:before="238" w:after="0" w:line="271" w:lineRule="auto"/>
        <w:ind w:left="240" w:right="144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понимать и уметь показывать на примерах значение таких ценностей, как взаимопомощь, сострадание, милосердие, любовь, дружба, коллективизм, патриотизм, любовь к близким через бытовые традиции народов своего края.</w:t>
      </w:r>
    </w:p>
    <w:p w14:paraId="676A53E8" w14:textId="77777777" w:rsidR="00BB7CEA" w:rsidRPr="00735834" w:rsidRDefault="00735834">
      <w:pPr>
        <w:autoSpaceDE w:val="0"/>
        <w:autoSpaceDN w:val="0"/>
        <w:spacing w:before="178" w:after="0" w:line="230" w:lineRule="auto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31. Культурная карта России (практическое занятие)</w:t>
      </w:r>
    </w:p>
    <w:p w14:paraId="7521D4DA" w14:textId="77777777" w:rsidR="00BB7CEA" w:rsidRPr="00735834" w:rsidRDefault="00735834">
      <w:pPr>
        <w:autoSpaceDE w:val="0"/>
        <w:autoSpaceDN w:val="0"/>
        <w:spacing w:before="180" w:after="0" w:line="262" w:lineRule="auto"/>
        <w:ind w:left="240" w:right="576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Знать и уметь объяснить отличия культурной географии от физической и политической географии;</w:t>
      </w:r>
    </w:p>
    <w:p w14:paraId="2DEFACC7" w14:textId="77777777" w:rsidR="00BB7CEA" w:rsidRPr="00735834" w:rsidRDefault="00735834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понимать, что такое культурная карта народов России;</w:t>
      </w:r>
    </w:p>
    <w:p w14:paraId="5EC41240" w14:textId="77777777" w:rsidR="00BB7CEA" w:rsidRPr="00735834" w:rsidRDefault="00735834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описывать отдельные области культурной карты в соответствии с их особенностями.</w:t>
      </w:r>
    </w:p>
    <w:p w14:paraId="22FD17CA" w14:textId="77777777" w:rsidR="00BB7CEA" w:rsidRPr="00735834" w:rsidRDefault="00735834">
      <w:pPr>
        <w:autoSpaceDE w:val="0"/>
        <w:autoSpaceDN w:val="0"/>
        <w:spacing w:before="178" w:after="0" w:line="230" w:lineRule="auto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Тема 32. Единство страны — залог будущего России</w:t>
      </w:r>
    </w:p>
    <w:p w14:paraId="6286617E" w14:textId="77777777" w:rsidR="00BB7CEA" w:rsidRPr="00735834" w:rsidRDefault="00735834">
      <w:pPr>
        <w:autoSpaceDE w:val="0"/>
        <w:autoSpaceDN w:val="0"/>
        <w:spacing w:before="178" w:after="0" w:line="262" w:lineRule="auto"/>
        <w:ind w:left="240" w:right="288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Знать и уметь объяснить значение и роль общих элементов в культуре народов России для обоснования её территориального, политического и экономического единства;</w:t>
      </w:r>
    </w:p>
    <w:p w14:paraId="5857190E" w14:textId="77777777" w:rsidR="00BB7CEA" w:rsidRPr="00735834" w:rsidRDefault="00735834">
      <w:pPr>
        <w:autoSpaceDE w:val="0"/>
        <w:autoSpaceDN w:val="0"/>
        <w:spacing w:before="238" w:after="0" w:line="262" w:lineRule="auto"/>
        <w:ind w:left="240" w:right="720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—  понимать и доказывать важность и преимущества этого единства перед требованиями национального самоопределения отдельных этносов.</w:t>
      </w:r>
    </w:p>
    <w:p w14:paraId="206918B6" w14:textId="77777777" w:rsidR="00BB7CEA" w:rsidRPr="00735834" w:rsidRDefault="00BB7CEA">
      <w:pPr>
        <w:rPr>
          <w:lang w:val="ru-RU"/>
        </w:rPr>
        <w:sectPr w:rsidR="00BB7CEA" w:rsidRPr="00735834">
          <w:pgSz w:w="11900" w:h="16840"/>
          <w:pgMar w:top="304" w:right="748" w:bottom="998" w:left="846" w:header="720" w:footer="720" w:gutter="0"/>
          <w:cols w:space="720" w:equalWidth="0">
            <w:col w:w="10306" w:space="0"/>
          </w:cols>
          <w:docGrid w:linePitch="360"/>
        </w:sectPr>
      </w:pPr>
    </w:p>
    <w:p w14:paraId="7AE5C3CC" w14:textId="77777777" w:rsidR="00BB7CEA" w:rsidRPr="00735834" w:rsidRDefault="00BB7CEA">
      <w:pPr>
        <w:autoSpaceDE w:val="0"/>
        <w:autoSpaceDN w:val="0"/>
        <w:spacing w:after="64" w:line="220" w:lineRule="exact"/>
        <w:rPr>
          <w:lang w:val="ru-RU"/>
        </w:rPr>
      </w:pPr>
    </w:p>
    <w:p w14:paraId="5B956677" w14:textId="77777777" w:rsidR="00BB7CEA" w:rsidRDefault="00735834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450"/>
        <w:gridCol w:w="528"/>
        <w:gridCol w:w="1104"/>
        <w:gridCol w:w="1142"/>
        <w:gridCol w:w="864"/>
        <w:gridCol w:w="5090"/>
        <w:gridCol w:w="1082"/>
        <w:gridCol w:w="2774"/>
      </w:tblGrid>
      <w:tr w:rsidR="00BB7CEA" w14:paraId="11F3106C" w14:textId="77777777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88B8BA" w14:textId="77777777" w:rsidR="00BB7CEA" w:rsidRDefault="00735834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2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2374B6" w14:textId="77777777" w:rsidR="00BB7CEA" w:rsidRPr="00735834" w:rsidRDefault="00735834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414C59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1AD131" w14:textId="77777777" w:rsidR="00BB7CEA" w:rsidRDefault="00735834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50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D81CFF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0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DD0E17" w14:textId="77777777" w:rsidR="00BB7CEA" w:rsidRDefault="00735834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2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72960B" w14:textId="77777777" w:rsidR="00BB7CEA" w:rsidRDefault="00735834">
            <w:pPr>
              <w:autoSpaceDE w:val="0"/>
              <w:autoSpaceDN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BB7CEA" w14:paraId="48531056" w14:textId="77777777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9AC58" w14:textId="77777777" w:rsidR="00BB7CEA" w:rsidRDefault="00BB7CE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56CC8" w14:textId="77777777" w:rsidR="00BB7CEA" w:rsidRDefault="00BB7CEA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8B1310" w14:textId="77777777" w:rsidR="00BB7CEA" w:rsidRDefault="0073583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6747EC" w14:textId="77777777" w:rsidR="00BB7CEA" w:rsidRDefault="00735834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3EECFE" w14:textId="77777777" w:rsidR="00BB7CEA" w:rsidRDefault="00735834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6B851" w14:textId="77777777" w:rsidR="00BB7CEA" w:rsidRDefault="00BB7CE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9F8EF" w14:textId="77777777" w:rsidR="00BB7CEA" w:rsidRDefault="00BB7CE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FA5E5" w14:textId="77777777" w:rsidR="00BB7CEA" w:rsidRDefault="00BB7CE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BF717" w14:textId="77777777" w:rsidR="00BB7CEA" w:rsidRDefault="00BB7CEA"/>
        </w:tc>
      </w:tr>
      <w:tr w:rsidR="00BB7CEA" w:rsidRPr="00F533DF" w14:paraId="513193CB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A68B0F" w14:textId="77777777" w:rsidR="00BB7CEA" w:rsidRPr="00735834" w:rsidRDefault="00735834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Тематический блок 1. «Россия — наш общий дом»</w:t>
            </w:r>
          </w:p>
        </w:tc>
      </w:tr>
      <w:tr w:rsidR="00BB7CEA" w14:paraId="25948FE6" w14:textId="77777777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FFA850" w14:textId="77777777" w:rsidR="00BB7CEA" w:rsidRDefault="00735834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E8EF89" w14:textId="77777777" w:rsidR="00BB7CEA" w:rsidRPr="00735834" w:rsidRDefault="00735834">
            <w:pPr>
              <w:autoSpaceDE w:val="0"/>
              <w:autoSpaceDN w:val="0"/>
              <w:spacing w:before="80" w:after="0" w:line="250" w:lineRule="auto"/>
              <w:ind w:left="72" w:right="144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Зачем изучать курс «Основы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духовно-нравственной культуры народов России»?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3A38F4" w14:textId="77777777" w:rsidR="00BB7CEA" w:rsidRDefault="00735834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A7CEEA" w14:textId="77777777" w:rsidR="00BB7CEA" w:rsidRDefault="00735834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B9E4E3" w14:textId="77777777" w:rsidR="00BB7CEA" w:rsidRDefault="00735834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8EB84D" w14:textId="77777777" w:rsidR="00BB7CEA" w:rsidRDefault="00735834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01.09.2022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4121A9" w14:textId="77777777" w:rsidR="00BB7CEA" w:rsidRPr="00735834" w:rsidRDefault="00735834">
            <w:pPr>
              <w:autoSpaceDE w:val="0"/>
              <w:autoSpaceDN w:val="0"/>
              <w:spacing w:before="80" w:after="0" w:line="250" w:lineRule="auto"/>
              <w:ind w:left="72" w:right="288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формировать представление об особенностях курса «Основы духовно-нравственной культуры народов России»;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слушать и понимать объяснения учителя по теме урока;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вести самостоятельную работу с учебником;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B5395E" w14:textId="77777777" w:rsidR="00BB7CEA" w:rsidRDefault="00735834">
            <w:pPr>
              <w:autoSpaceDE w:val="0"/>
              <w:autoSpaceDN w:val="0"/>
              <w:spacing w:before="80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66B758" w14:textId="77777777" w:rsidR="00BB7CEA" w:rsidRDefault="00735834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http://www.culturemap.ru/</w:t>
            </w:r>
          </w:p>
        </w:tc>
      </w:tr>
      <w:tr w:rsidR="00BB7CEA" w14:paraId="3E35B5A6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6137BB" w14:textId="77777777" w:rsidR="00BB7CEA" w:rsidRDefault="0073583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A3DE38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Наш дом — Россия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90E9A7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60874E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339ACB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C64753" w14:textId="77777777" w:rsidR="00BB7CEA" w:rsidRDefault="0073583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08.09.2022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AAEC02" w14:textId="77777777" w:rsidR="00BB7CEA" w:rsidRPr="00735834" w:rsidRDefault="00735834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слушать и понимать объяснения учителя по теме урока;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формировать представление о необходимости и важности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межнационального и межрелигиозного сотрудничества, взаимодействия;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2CCCB0" w14:textId="77777777" w:rsidR="00BB7CEA" w:rsidRDefault="00735834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B54C1C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http://www.culturemap.ru/</w:t>
            </w:r>
          </w:p>
        </w:tc>
      </w:tr>
      <w:tr w:rsidR="00BB7CEA" w14:paraId="556B8643" w14:textId="77777777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86753A" w14:textId="77777777" w:rsidR="00BB7CEA" w:rsidRDefault="0073583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4BF655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Язык и история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35E08F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F4CB4F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2844D4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E55C87" w14:textId="77777777" w:rsidR="00BB7CEA" w:rsidRDefault="0073583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15.09.2022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1B4803" w14:textId="77777777" w:rsidR="00BB7CEA" w:rsidRPr="00735834" w:rsidRDefault="00735834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формировать представления о языке как носителе духовно-нравственных смыслов культуры;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особенности коммуникативной роли языка;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и анализировать выступления одноклассников, отбирать и сравнивать учебный материал по нескольким источникам;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A671EE" w14:textId="77777777" w:rsidR="00BB7CEA" w:rsidRDefault="00735834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6DA54E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http://www.culturemap.ru/</w:t>
            </w:r>
          </w:p>
        </w:tc>
      </w:tr>
      <w:tr w:rsidR="00BB7CEA" w14:paraId="630BFC33" w14:textId="77777777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0AABE2" w14:textId="77777777" w:rsidR="00BB7CEA" w:rsidRDefault="0073583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70B406" w14:textId="77777777" w:rsidR="00BB7CEA" w:rsidRPr="00735834" w:rsidRDefault="00735834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Русский язык — язык общения и язык возможностей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B7297E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BF7C0D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06B7D1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C6B680" w14:textId="77777777" w:rsidR="00BB7CEA" w:rsidRDefault="0073583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22.09.2022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5423B8" w14:textId="77777777" w:rsidR="00BB7CEA" w:rsidRPr="00735834" w:rsidRDefault="00735834">
            <w:pPr>
              <w:autoSpaceDE w:val="0"/>
              <w:autoSpaceDN w:val="0"/>
              <w:spacing w:before="78" w:after="0" w:line="250" w:lineRule="auto"/>
              <w:ind w:left="72" w:right="864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формировать представление о русском языке как языке межнационального общения;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объяснения учителя, стараясь выделить главное; объяснять наблюдаемые в практике изучения языка явления;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EB0DCE" w14:textId="77777777" w:rsidR="00BB7CEA" w:rsidRDefault="00735834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7D6803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http://www.culturemap.ru/</w:t>
            </w:r>
          </w:p>
        </w:tc>
      </w:tr>
      <w:tr w:rsidR="00BB7CEA" w14:paraId="7B950E6C" w14:textId="77777777">
        <w:trPr>
          <w:trHeight w:hRule="exact" w:val="924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D72ACF" w14:textId="77777777" w:rsidR="00BB7CEA" w:rsidRDefault="00735834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245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9231D3" w14:textId="77777777" w:rsidR="00BB7CEA" w:rsidRDefault="00735834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Истоки родной культуры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8E3156" w14:textId="77777777" w:rsidR="00BB7CEA" w:rsidRDefault="00735834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07873C" w14:textId="77777777" w:rsidR="00BB7CEA" w:rsidRDefault="00735834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DBDE37" w14:textId="77777777" w:rsidR="00BB7CEA" w:rsidRDefault="00735834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E8C085" w14:textId="77777777" w:rsidR="00BB7CEA" w:rsidRDefault="00735834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29.09.2022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2E6E4F" w14:textId="77777777" w:rsidR="00BB7CEA" w:rsidRPr="00735834" w:rsidRDefault="00735834">
            <w:pPr>
              <w:autoSpaceDE w:val="0"/>
              <w:autoSpaceDN w:val="0"/>
              <w:spacing w:before="74" w:after="0" w:line="250" w:lineRule="auto"/>
              <w:ind w:left="72" w:right="144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формировать представление о том, что такое культура, об общих чертах в  культуре разных народов;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слушать и понимать объяснения учителя по теме урока;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выполнять задания на понимание и разграничение понятий по теме;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4A84D3" w14:textId="77777777" w:rsidR="00BB7CEA" w:rsidRDefault="00735834">
            <w:pPr>
              <w:autoSpaceDE w:val="0"/>
              <w:autoSpaceDN w:val="0"/>
              <w:spacing w:before="74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7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D64801" w14:textId="77777777" w:rsidR="00BB7CEA" w:rsidRDefault="00735834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http://www.artprojekt.ru</w:t>
            </w:r>
          </w:p>
        </w:tc>
      </w:tr>
      <w:tr w:rsidR="00BB7CEA" w14:paraId="7F9B7012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57510E" w14:textId="77777777" w:rsidR="00BB7CEA" w:rsidRDefault="0073583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1.6.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CD3777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Материальная культура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D59E9A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3279FF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7F15D0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748EDF" w14:textId="77777777" w:rsidR="00BB7CEA" w:rsidRDefault="0073583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06.10.2022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99F7B3" w14:textId="77777777" w:rsidR="00BB7CEA" w:rsidRPr="00735834" w:rsidRDefault="00735834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формировать представление о традиционных укладах жизни разных народов;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слушать и анализировать выступления одноклассников;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работать с учебником, анализировать проблемные ситуации;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C05D13" w14:textId="77777777" w:rsidR="00BB7CEA" w:rsidRDefault="00735834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BF93F1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http://www.culture.ru</w:t>
            </w:r>
          </w:p>
        </w:tc>
      </w:tr>
      <w:tr w:rsidR="00BB7CEA" w14:paraId="1836BD99" w14:textId="77777777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27558F" w14:textId="77777777" w:rsidR="00BB7CEA" w:rsidRDefault="0073583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1.7.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09FB88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Духовная культура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036D2B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7FDF84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AE9D12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CCBEBD" w14:textId="77777777" w:rsidR="00BB7CEA" w:rsidRDefault="0073583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13.10.2022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BE3498" w14:textId="77777777" w:rsidR="00BB7CEA" w:rsidRPr="00735834" w:rsidRDefault="00735834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формировать представление о духовной культуре разных народов; понимать взаимосвязь между проявлениями материальной и духовной культуры;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выполнять задания на понимание и разграничение понятий по теме; учиться работать с текстом и зри тельным рядом учебника;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F4A68C" w14:textId="77777777" w:rsidR="00BB7CEA" w:rsidRDefault="00735834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A64877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http://ww.or.ru/</w:t>
            </w:r>
          </w:p>
        </w:tc>
      </w:tr>
      <w:tr w:rsidR="00BB7CEA" w14:paraId="59C84100" w14:textId="77777777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144B2F" w14:textId="77777777" w:rsidR="00BB7CEA" w:rsidRDefault="0073583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1.8.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95112F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Культура и религия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C0FA02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4418EF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7D6C7B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B7747D" w14:textId="77777777" w:rsidR="00BB7CEA" w:rsidRDefault="0073583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20.10.2022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FCB606" w14:textId="77777777" w:rsidR="00BB7CEA" w:rsidRPr="00735834" w:rsidRDefault="00735834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формировать представление о понятии «религия», понимать и уметь объяснять, в чём заключается связь культуры и религии;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объяснения учителя, работать с научно-популярной литературой по теме;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E0037D" w14:textId="77777777" w:rsidR="00BB7CEA" w:rsidRDefault="00735834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F276E6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http://www.religio.ru/</w:t>
            </w:r>
          </w:p>
        </w:tc>
      </w:tr>
      <w:tr w:rsidR="00BB7CEA" w14:paraId="65AD4180" w14:textId="77777777">
        <w:trPr>
          <w:trHeight w:hRule="exact" w:val="101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72891E" w14:textId="77777777" w:rsidR="00BB7CEA" w:rsidRDefault="0073583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1.9.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034839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Культура и образование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F68428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38B704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D1EF0B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CC43A0" w14:textId="77777777" w:rsidR="00BB7CEA" w:rsidRDefault="0073583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27.10.2022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4B27AB" w14:textId="77777777" w:rsidR="00BB7CEA" w:rsidRPr="00735834" w:rsidRDefault="00735834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смысл понятия «образование», уметь объяснять важность и необходимость образования для общества;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объяснения учителя, отбирать и сравнивать учебные материалы по теме;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3D9D19" w14:textId="77777777" w:rsidR="00BB7CEA" w:rsidRDefault="00735834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C0709F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http://www.culture.ru</w:t>
            </w:r>
          </w:p>
        </w:tc>
      </w:tr>
    </w:tbl>
    <w:p w14:paraId="42B6BF1D" w14:textId="77777777" w:rsidR="00BB7CEA" w:rsidRDefault="00BB7CEA">
      <w:pPr>
        <w:autoSpaceDE w:val="0"/>
        <w:autoSpaceDN w:val="0"/>
        <w:spacing w:after="0" w:line="14" w:lineRule="exact"/>
      </w:pPr>
    </w:p>
    <w:p w14:paraId="77CE9FC9" w14:textId="77777777" w:rsidR="00BB7CEA" w:rsidRDefault="00BB7CEA">
      <w:pPr>
        <w:sectPr w:rsidR="00BB7CEA">
          <w:pgSz w:w="16840" w:h="11900"/>
          <w:pgMar w:top="282" w:right="640" w:bottom="496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4CD4E392" w14:textId="77777777" w:rsidR="00BB7CEA" w:rsidRDefault="00BB7CE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450"/>
        <w:gridCol w:w="528"/>
        <w:gridCol w:w="1104"/>
        <w:gridCol w:w="1142"/>
        <w:gridCol w:w="864"/>
        <w:gridCol w:w="5090"/>
        <w:gridCol w:w="1082"/>
        <w:gridCol w:w="2774"/>
      </w:tblGrid>
      <w:tr w:rsidR="00BB7CEA" w14:paraId="1AC1AAC1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2B3421" w14:textId="77777777" w:rsidR="00BB7CEA" w:rsidRDefault="0073583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1.10.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7B9287" w14:textId="77777777" w:rsidR="00BB7CEA" w:rsidRPr="00735834" w:rsidRDefault="00735834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Многообразие культур России (</w:t>
            </w:r>
            <w:r w:rsidRPr="00735834"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  <w:lang w:val="ru-RU"/>
              </w:rPr>
              <w:t>практическое занятие</w:t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B13C40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616327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25AB68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2D7F42" w14:textId="77777777" w:rsidR="00BB7CEA" w:rsidRDefault="0073583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18.11.2022 25.11.2022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77F5F2" w14:textId="77777777" w:rsidR="00BB7CEA" w:rsidRPr="00735834" w:rsidRDefault="00735834">
            <w:pPr>
              <w:autoSpaceDE w:val="0"/>
              <w:autoSpaceDN w:val="0"/>
              <w:spacing w:before="78" w:after="0" w:line="247" w:lineRule="auto"/>
              <w:ind w:left="72" w:right="576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отбирать материал по нескольким источникам, готовить доклады, работать с научно-популярной литературой;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выступления одноклассников;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231F33" w14:textId="77777777" w:rsidR="00BB7CEA" w:rsidRDefault="00735834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70E303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www.gmir.ru</w:t>
            </w:r>
          </w:p>
        </w:tc>
      </w:tr>
      <w:tr w:rsidR="00BB7CEA" w:rsidRPr="00F533DF" w14:paraId="7DC51D7A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C07E97" w14:textId="77777777" w:rsidR="00BB7CEA" w:rsidRPr="00735834" w:rsidRDefault="00735834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Тематический блок 2. «Семья и духовно-нравственные ценности»</w:t>
            </w:r>
          </w:p>
        </w:tc>
      </w:tr>
      <w:tr w:rsidR="00BB7CEA" w14:paraId="476A278C" w14:textId="77777777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08BB1F" w14:textId="77777777" w:rsidR="00BB7CEA" w:rsidRDefault="0073583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FF5A04" w14:textId="77777777" w:rsidR="00BB7CEA" w:rsidRDefault="00735834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Семья  — хранитель духовных ценностей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2D4FC8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5A56BE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BE7B82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951BD2" w14:textId="77777777" w:rsidR="00BB7CEA" w:rsidRDefault="0073583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01.12.2022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5908DB" w14:textId="77777777" w:rsidR="00BB7CEA" w:rsidRPr="00735834" w:rsidRDefault="00735834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понимать, что такое семья, формировать представление о взаимосвязях между типом культуры и особенностями семейного уклада у разных народов;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значение термина «поколение»;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объяснения учителя, решать проблемные задачи;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B56A91" w14:textId="77777777" w:rsidR="00BB7CEA" w:rsidRDefault="00735834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C5E835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http://www.culturemap.ru/</w:t>
            </w:r>
          </w:p>
        </w:tc>
      </w:tr>
      <w:tr w:rsidR="00BB7CEA" w14:paraId="2346D25C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7C0E16" w14:textId="77777777" w:rsidR="00BB7CEA" w:rsidRDefault="0073583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352EDF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Родина начинается с семьи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53E26C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223907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F29BAF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4B4FC2" w14:textId="77777777" w:rsidR="00BB7CEA" w:rsidRDefault="0073583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08.12.2022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3F8E61" w14:textId="77777777" w:rsidR="00BB7CEA" w:rsidRPr="00735834" w:rsidRDefault="00735834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и объяснять, как и почему история каждой семьи тесно связана с историей страны, народа;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слушать объяснения учителя, разграничивать понятия по теме,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систематизировать учебный материал;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461553" w14:textId="77777777" w:rsidR="00BB7CEA" w:rsidRDefault="00735834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ACF52F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http://www.culturemap.ru/</w:t>
            </w:r>
          </w:p>
        </w:tc>
      </w:tr>
      <w:tr w:rsidR="00BB7CEA" w14:paraId="728AF735" w14:textId="77777777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00D56E" w14:textId="77777777" w:rsidR="00BB7CEA" w:rsidRDefault="0073583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08DE24" w14:textId="77777777" w:rsidR="00BB7CEA" w:rsidRPr="00735834" w:rsidRDefault="00735834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Традиции семейного воспитания в России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3EC441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FB956E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A0700E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F7B3C9" w14:textId="77777777" w:rsidR="00BB7CEA" w:rsidRDefault="0073583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15.12.2022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B8F2AD" w14:textId="77777777" w:rsidR="00BB7CEA" w:rsidRPr="00735834" w:rsidRDefault="00735834">
            <w:pPr>
              <w:autoSpaceDE w:val="0"/>
              <w:autoSpaceDN w:val="0"/>
              <w:spacing w:before="76" w:after="0" w:line="252" w:lineRule="auto"/>
              <w:ind w:left="72" w:right="288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и объяснять, что такое традиция, уметь рассказывать о традициях своей семьи, семейных традициях своего народа и других народов России;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уметь объяснять и разграничивать основные понятия по теме;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просматривать и анализировать учебные фильмы, работать с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раздаточным материалом;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42835B" w14:textId="77777777" w:rsidR="00BB7CEA" w:rsidRDefault="00735834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B60FDA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http://images.yandex.ru</w:t>
            </w:r>
          </w:p>
        </w:tc>
      </w:tr>
      <w:tr w:rsidR="00BB7CEA" w14:paraId="5E93A442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3AA45D" w14:textId="77777777" w:rsidR="00BB7CEA" w:rsidRDefault="0073583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C06437" w14:textId="77777777" w:rsidR="00BB7CEA" w:rsidRPr="00735834" w:rsidRDefault="00735834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Образ семьи в культуре народов России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D1896A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9195E1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2FA192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5626CC" w14:textId="77777777" w:rsidR="00BB7CEA" w:rsidRDefault="0073583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22.12.2022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1B21E6" w14:textId="77777777" w:rsidR="00BB7CEA" w:rsidRPr="00735834" w:rsidRDefault="00735834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знать основные фольклорные сюжеты о семье, семейных ценностях; знать и понимать морально-нравственное значение семьи;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работать с научно-популярной литературой, просматривать и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анализировать учебные фильмы, систематизировать учебный материал;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F03A76" w14:textId="77777777" w:rsidR="00BB7CEA" w:rsidRDefault="00735834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FFACC4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http://www.rusnations.ru</w:t>
            </w:r>
          </w:p>
        </w:tc>
      </w:tr>
      <w:tr w:rsidR="00BB7CEA" w14:paraId="33125EE2" w14:textId="77777777">
        <w:trPr>
          <w:trHeight w:hRule="exact" w:val="734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1155A3" w14:textId="77777777" w:rsidR="00BB7CEA" w:rsidRDefault="00735834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245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0F2A00" w14:textId="77777777" w:rsidR="00BB7CEA" w:rsidRDefault="00735834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Труд в истории семьи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CB2F65" w14:textId="77777777" w:rsidR="00BB7CEA" w:rsidRDefault="00735834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E61706" w14:textId="77777777" w:rsidR="00BB7CEA" w:rsidRDefault="00735834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0E1938" w14:textId="77777777" w:rsidR="00BB7CEA" w:rsidRDefault="00735834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EA6398" w14:textId="77777777" w:rsidR="00BB7CEA" w:rsidRDefault="00735834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12.01.2023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FB876D" w14:textId="77777777" w:rsidR="00BB7CEA" w:rsidRPr="00735834" w:rsidRDefault="00735834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понимать, что такое «семейный труд», сознавать и характеризовать важного общего семейного труда для укрепления целостности семьи; слушать объяснения учителя, самостоятельно работать с учебником;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8725D6" w14:textId="77777777" w:rsidR="00BB7CEA" w:rsidRDefault="00735834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7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C32FED" w14:textId="77777777" w:rsidR="00BB7CEA" w:rsidRDefault="00735834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http://klub-drug.ru</w:t>
            </w:r>
          </w:p>
        </w:tc>
      </w:tr>
      <w:tr w:rsidR="00BB7CEA" w14:paraId="75EDD787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CEC37D" w14:textId="77777777" w:rsidR="00BB7CEA" w:rsidRDefault="0073583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2E85E0" w14:textId="77777777" w:rsidR="00BB7CEA" w:rsidRPr="00735834" w:rsidRDefault="00735834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Семья в современном мире (</w:t>
            </w:r>
            <w:r w:rsidRPr="00735834"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  <w:lang w:val="ru-RU"/>
              </w:rPr>
              <w:t>практическое занятие</w:t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D2B8B1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0441BC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5A7E33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A82724" w14:textId="77777777" w:rsidR="00BB7CEA" w:rsidRDefault="0073583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19.01.2023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F28E43" w14:textId="77777777" w:rsidR="00BB7CEA" w:rsidRPr="00735834" w:rsidRDefault="00735834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понимать, почему важно изучать и хранить историю своей семьи, передавать её следующим поколениям;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готовить доклад, сообщение; создавать семейное древо; отбирать и сравнивать материал из нескольких источников;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484F52" w14:textId="77777777" w:rsidR="00BB7CEA" w:rsidRDefault="00735834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17D25B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http://www.rusnations.ru</w:t>
            </w:r>
          </w:p>
        </w:tc>
      </w:tr>
      <w:tr w:rsidR="00BB7CEA" w:rsidRPr="00F533DF" w14:paraId="7E07592F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725A84" w14:textId="77777777" w:rsidR="00BB7CEA" w:rsidRPr="00735834" w:rsidRDefault="00735834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Тематический блок 3. «Духовно-нравственное богатство личности»</w:t>
            </w:r>
          </w:p>
        </w:tc>
      </w:tr>
      <w:tr w:rsidR="00BB7CEA" w14:paraId="61F0DB0F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F55B1A" w14:textId="77777777" w:rsidR="00BB7CEA" w:rsidRDefault="0073583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B4FE8A" w14:textId="77777777" w:rsidR="00BB7CEA" w:rsidRDefault="00735834">
            <w:pPr>
              <w:autoSpaceDE w:val="0"/>
              <w:autoSpaceDN w:val="0"/>
              <w:spacing w:before="78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Личность  — общество  —культура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95C4FC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B2AAA7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497780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7A3121" w14:textId="77777777" w:rsidR="00BB7CEA" w:rsidRDefault="0073583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26.01.2023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BBB1B5" w14:textId="77777777" w:rsidR="00BB7CEA" w:rsidRPr="00735834" w:rsidRDefault="00735834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знать, что такое гуманизм, понимать, что делает человека человеком и какие проявления людей можно назвать гуманными;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работать с научно-популярной литературой, уметь разграничивать понятия, осваивать смысловое чтение (решать текстовые задачи);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9D23C1" w14:textId="77777777" w:rsidR="00BB7CEA" w:rsidRDefault="00735834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716307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https://lko.ru/today/</w:t>
            </w:r>
          </w:p>
        </w:tc>
      </w:tr>
      <w:tr w:rsidR="00BB7CEA" w14:paraId="65EC2B46" w14:textId="77777777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10AE48" w14:textId="77777777" w:rsidR="00BB7CEA" w:rsidRDefault="0073583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FAE635" w14:textId="77777777" w:rsidR="00BB7CEA" w:rsidRPr="00735834" w:rsidRDefault="00735834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Духовный мир человека.</w:t>
            </w:r>
          </w:p>
          <w:p w14:paraId="165E6862" w14:textId="77777777" w:rsidR="00BB7CEA" w:rsidRPr="00735834" w:rsidRDefault="00735834">
            <w:pPr>
              <w:autoSpaceDE w:val="0"/>
              <w:autoSpaceDN w:val="0"/>
              <w:spacing w:before="20" w:after="0" w:line="230" w:lineRule="auto"/>
              <w:ind w:left="72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Человек — творец культуры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D72502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B39A69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37A26F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5F5292" w14:textId="77777777" w:rsidR="00BB7CEA" w:rsidRDefault="0073583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02.02.2023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EF6123" w14:textId="77777777" w:rsidR="00BB7CEA" w:rsidRPr="00735834" w:rsidRDefault="00735834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и объяснять значение слова «человек» в контексте духовно-нравственной культуры;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объяснения учителя, работать с учебником, уметь понимать и разграничивать основные понятия по теме;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6E5B1A" w14:textId="77777777" w:rsidR="00BB7CEA" w:rsidRDefault="00735834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A9B0B1" w14:textId="77777777" w:rsidR="00BB7CEA" w:rsidRDefault="0073583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https://vk.com/video9016208_456239569</w:t>
            </w:r>
          </w:p>
        </w:tc>
      </w:tr>
      <w:tr w:rsidR="00BB7CEA" w14:paraId="48D63CF4" w14:textId="77777777">
        <w:trPr>
          <w:trHeight w:hRule="exact" w:val="12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4511E1" w14:textId="77777777" w:rsidR="00BB7CEA" w:rsidRDefault="0073583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CBB01D" w14:textId="77777777" w:rsidR="00BB7CEA" w:rsidRPr="00735834" w:rsidRDefault="00735834">
            <w:pPr>
              <w:autoSpaceDE w:val="0"/>
              <w:autoSpaceDN w:val="0"/>
              <w:spacing w:before="76" w:after="0" w:line="245" w:lineRule="auto"/>
              <w:ind w:left="72" w:right="720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Личность и духовно-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нравственные ценности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303E65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D69E2E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7F1D5C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96134F" w14:textId="77777777" w:rsidR="00BB7CEA" w:rsidRDefault="0073583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09.02.2023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6FA314" w14:textId="77777777" w:rsidR="00BB7CEA" w:rsidRPr="00735834" w:rsidRDefault="00735834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и объяснять, что такое мораль и нравственность, любовь к близким;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примерах важность таких ценностей как взаимопомощь, сострадание, милосердие, любовь, дружба и др.;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разграничивать и определять основные понятия, решать текстовые задачи, работать с учебником;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D01DE4" w14:textId="77777777" w:rsidR="00BB7CEA" w:rsidRDefault="00735834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1795AF" w14:textId="77777777" w:rsidR="00BB7CEA" w:rsidRDefault="0073583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https://vk.com/video9016208_456239569</w:t>
            </w:r>
          </w:p>
        </w:tc>
      </w:tr>
    </w:tbl>
    <w:p w14:paraId="5DED496F" w14:textId="77777777" w:rsidR="00BB7CEA" w:rsidRDefault="00BB7CEA">
      <w:pPr>
        <w:autoSpaceDE w:val="0"/>
        <w:autoSpaceDN w:val="0"/>
        <w:spacing w:after="0" w:line="14" w:lineRule="exact"/>
      </w:pPr>
    </w:p>
    <w:p w14:paraId="73271DA2" w14:textId="77777777" w:rsidR="00BB7CEA" w:rsidRDefault="00BB7CEA">
      <w:pPr>
        <w:sectPr w:rsidR="00BB7CEA">
          <w:pgSz w:w="16840" w:h="11900"/>
          <w:pgMar w:top="284" w:right="640" w:bottom="40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3EA8C8C9" w14:textId="77777777" w:rsidR="00BB7CEA" w:rsidRDefault="00BB7CE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450"/>
        <w:gridCol w:w="528"/>
        <w:gridCol w:w="1104"/>
        <w:gridCol w:w="1142"/>
        <w:gridCol w:w="864"/>
        <w:gridCol w:w="5090"/>
        <w:gridCol w:w="1082"/>
        <w:gridCol w:w="2774"/>
      </w:tblGrid>
      <w:tr w:rsidR="00BB7CEA" w:rsidRPr="00F533DF" w14:paraId="61C3DE36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2BA773" w14:textId="77777777" w:rsidR="00BB7CEA" w:rsidRPr="00735834" w:rsidRDefault="00735834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Тематический блок 4. «Культурное единство России»</w:t>
            </w:r>
          </w:p>
        </w:tc>
      </w:tr>
      <w:tr w:rsidR="00BB7CEA" w14:paraId="601DD46C" w14:textId="77777777">
        <w:trPr>
          <w:trHeight w:hRule="exact" w:val="14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30AC23" w14:textId="77777777" w:rsidR="00BB7CEA" w:rsidRDefault="0073583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48917C" w14:textId="77777777" w:rsidR="00BB7CEA" w:rsidRPr="00735834" w:rsidRDefault="00735834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Историческая память как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духовно-нравственная ценность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02028F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2910DA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783A0F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583A80" w14:textId="77777777" w:rsidR="00BB7CEA" w:rsidRDefault="0073583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16.02.2023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C90D74" w14:textId="77777777" w:rsidR="00BB7CEA" w:rsidRPr="00735834" w:rsidRDefault="00735834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смысл термина «история», понимать важность изучения истории;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и объяснять, что такое историческая память, как история каждой семьи связана с историей страны;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работать с учебником, выделять и определять основные понятия, слушать и анализировать выступления одноклассников;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15E385" w14:textId="77777777" w:rsidR="00BB7CEA" w:rsidRDefault="00735834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C650FC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https://ok.ru/video/978833574463</w:t>
            </w:r>
          </w:p>
        </w:tc>
      </w:tr>
      <w:tr w:rsidR="00BB7CEA" w14:paraId="04E09FA5" w14:textId="77777777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6B1D41" w14:textId="77777777" w:rsidR="00BB7CEA" w:rsidRDefault="00735834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4E47A3" w14:textId="77777777" w:rsidR="00BB7CEA" w:rsidRDefault="00735834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Литература как язык культуры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1F3054" w14:textId="77777777" w:rsidR="00BB7CEA" w:rsidRDefault="00735834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8DC096" w14:textId="77777777" w:rsidR="00BB7CEA" w:rsidRDefault="00735834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220B90" w14:textId="77777777" w:rsidR="00BB7CEA" w:rsidRDefault="00735834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2281AF" w14:textId="77777777" w:rsidR="00BB7CEA" w:rsidRDefault="00735834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24.02.2023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D5DF68" w14:textId="77777777" w:rsidR="00BB7CEA" w:rsidRPr="00735834" w:rsidRDefault="00735834">
            <w:pPr>
              <w:autoSpaceDE w:val="0"/>
              <w:autoSpaceDN w:val="0"/>
              <w:spacing w:before="80" w:after="0" w:line="252" w:lineRule="auto"/>
              <w:ind w:left="72" w:right="144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особенности литературы, её отличия от других видов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художественного творчества;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средства выражения духовного мира человека, его морали и нравственности в произведениях литературы;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объяснения учителя, работать с художественной литературой, изучать и анализировать источники;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E86189" w14:textId="77777777" w:rsidR="00BB7CEA" w:rsidRDefault="00735834">
            <w:pPr>
              <w:autoSpaceDE w:val="0"/>
              <w:autoSpaceDN w:val="0"/>
              <w:spacing w:before="80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F2ACEB" w14:textId="77777777" w:rsidR="00BB7CEA" w:rsidRDefault="00735834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https://ok.ru/video/978833574463</w:t>
            </w:r>
          </w:p>
        </w:tc>
      </w:tr>
      <w:tr w:rsidR="00BB7CEA" w14:paraId="440ACBF9" w14:textId="77777777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59428D" w14:textId="77777777" w:rsidR="00BB7CEA" w:rsidRDefault="0073583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5AEB3F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Взаимовлияние культур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FFA96D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1396C3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8B7A5A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E19B6D" w14:textId="77777777" w:rsidR="00BB7CEA" w:rsidRDefault="0073583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02.03.2023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145812" w14:textId="77777777" w:rsidR="00BB7CEA" w:rsidRPr="00735834" w:rsidRDefault="00735834">
            <w:pPr>
              <w:autoSpaceDE w:val="0"/>
              <w:autoSpaceDN w:val="0"/>
              <w:spacing w:before="76" w:after="0" w:line="252" w:lineRule="auto"/>
              <w:ind w:left="72" w:right="288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иметь представление о значении терминов «взаимодействие культур»,«культурный обмен»;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понимать и объяснять важность сохранения культурного наследия; слушать объяснения учителя, понимать и разграничивать понятия, отбирать и сравнивать материал по нескольким источникам;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83A293" w14:textId="77777777" w:rsidR="00BB7CEA" w:rsidRDefault="00735834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00BACA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http://www.rusnations.ru</w:t>
            </w:r>
          </w:p>
        </w:tc>
      </w:tr>
      <w:tr w:rsidR="00BB7CEA" w14:paraId="24D18F42" w14:textId="77777777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3FDB35" w14:textId="77777777" w:rsidR="00BB7CEA" w:rsidRDefault="0073583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4.4.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C97298" w14:textId="77777777" w:rsidR="00BB7CEA" w:rsidRPr="00735834" w:rsidRDefault="00735834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Духовно-нравственные ценности российского народа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3E1240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4F03B4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4E0427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023E5C" w14:textId="77777777" w:rsidR="00BB7CEA" w:rsidRDefault="0073583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09.03.2023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1F225E" w14:textId="77777777" w:rsidR="00BB7CEA" w:rsidRPr="00735834" w:rsidRDefault="00735834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уметь объяснять значение основных понятий, отражающих духовно-нравственные ценности;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осознавать их и защищать в качестве базовых общегражданских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ценностей российского общества;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объяснения учителя, работать с учебником (смысловое чтение);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764CE9" w14:textId="77777777" w:rsidR="00BB7CEA" w:rsidRDefault="00735834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715B89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http://www.rusnations.ru</w:t>
            </w:r>
          </w:p>
        </w:tc>
      </w:tr>
      <w:tr w:rsidR="00BB7CEA" w14:paraId="4617C255" w14:textId="77777777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718D74" w14:textId="77777777" w:rsidR="00BB7CEA" w:rsidRDefault="0073583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4.5.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4C50A4" w14:textId="77777777" w:rsidR="00BB7CEA" w:rsidRDefault="00735834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Регионы России: культурное многообразие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BE7195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1817FB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5CAA2A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F8C6A7" w14:textId="77777777" w:rsidR="00BB7CEA" w:rsidRDefault="0073583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16.03.2023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E9D3C1" w14:textId="77777777" w:rsidR="00BB7CEA" w:rsidRPr="00735834" w:rsidRDefault="00735834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принципы федеративного устройства России, объяснять понятие «полиэтничность»;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понимать ценность многообразия культурных укладов народов России; уметь рассказывать о культурном своеобразии своей малой родины; слушать и анализировать выступления одноклассников, работать с источниками;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6D59D9" w14:textId="77777777" w:rsidR="00BB7CEA" w:rsidRDefault="00735834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1C9F4A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http://www.rusnations.ru</w:t>
            </w:r>
          </w:p>
        </w:tc>
      </w:tr>
      <w:tr w:rsidR="00BB7CEA" w14:paraId="6CE968FC" w14:textId="77777777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8718AA" w14:textId="77777777" w:rsidR="00BB7CEA" w:rsidRDefault="0073583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4.6.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C9E6CF" w14:textId="77777777" w:rsidR="00BB7CEA" w:rsidRPr="00735834" w:rsidRDefault="00735834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Праздники в культуре народов России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A85DC2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2184B1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EC2A07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15436E" w14:textId="77777777" w:rsidR="00BB7CEA" w:rsidRDefault="0073583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06.04.2023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C8BA97" w14:textId="77777777" w:rsidR="00BB7CEA" w:rsidRPr="00735834" w:rsidRDefault="00735834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и объяснять, что такое «народный праздник»;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уметь рассказывать о праздничных традициях разных народов и своей семьи;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понимать и объяснять нравственный смысл народного праздника; работать с учебником, просматривать и анализировать учебные фильмы;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AAEE59" w14:textId="77777777" w:rsidR="00BB7CEA" w:rsidRDefault="00735834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86AEB6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https://youtu.be/yraSXldM5_g</w:t>
            </w:r>
          </w:p>
        </w:tc>
      </w:tr>
      <w:tr w:rsidR="00BB7CEA" w14:paraId="52921D28" w14:textId="77777777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6D88E7" w14:textId="77777777" w:rsidR="00BB7CEA" w:rsidRDefault="0073583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4.7.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29DB69" w14:textId="77777777" w:rsidR="00BB7CEA" w:rsidRPr="00735834" w:rsidRDefault="00735834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Памятники в культуре народов России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D32EA6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B1788A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69FEA2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5A3EAE" w14:textId="77777777" w:rsidR="00BB7CEA" w:rsidRDefault="0073583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13.04.2023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236B08" w14:textId="77777777" w:rsidR="00BB7CEA" w:rsidRPr="00735834" w:rsidRDefault="00735834">
            <w:pPr>
              <w:autoSpaceDE w:val="0"/>
              <w:autoSpaceDN w:val="0"/>
              <w:spacing w:before="78" w:after="0" w:line="252" w:lineRule="auto"/>
              <w:ind w:left="72" w:right="576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устанавливать связь между историей памятника и историей края; характеризовать памятники истории и культуры;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понимать нравственный и научный смысл краеведческой работы; слушать объяснения учителя, работать с научно-популярной литературой, просматривать и анализировать учебные фильмы;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CDF93B" w14:textId="77777777" w:rsidR="00BB7CEA" w:rsidRDefault="00735834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DF38C8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https://youtu.be/8z2xvTfAr7U</w:t>
            </w:r>
          </w:p>
        </w:tc>
      </w:tr>
      <w:tr w:rsidR="00BB7CEA" w14:paraId="3EEDB309" w14:textId="77777777">
        <w:trPr>
          <w:trHeight w:hRule="exact" w:val="109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7572D4" w14:textId="77777777" w:rsidR="00BB7CEA" w:rsidRDefault="00735834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4.8.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C30D0E" w14:textId="77777777" w:rsidR="00BB7CEA" w:rsidRDefault="00735834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Музыкальная культура народов России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D883FD" w14:textId="77777777" w:rsidR="00BB7CEA" w:rsidRDefault="00735834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4C59B4" w14:textId="77777777" w:rsidR="00BB7CEA" w:rsidRDefault="00735834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1A0B3B" w14:textId="77777777" w:rsidR="00BB7CEA" w:rsidRDefault="00735834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2DC328" w14:textId="77777777" w:rsidR="00BB7CEA" w:rsidRDefault="00735834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20.04.2023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A49E97" w14:textId="77777777" w:rsidR="00BB7CEA" w:rsidRPr="00735834" w:rsidRDefault="00735834">
            <w:pPr>
              <w:autoSpaceDE w:val="0"/>
              <w:autoSpaceDN w:val="0"/>
              <w:spacing w:before="76" w:after="0" w:line="252" w:lineRule="auto"/>
              <w:ind w:left="72" w:right="432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особенности музыки как вида искусства;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знать и называть основные темы музыкального творчества народов России, понимать, как история народа отражается в его музыке; слушать объяснения учителя, работать с научно-популярной литературой, просматривать и анализировать учебные фильмы;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64BE27" w14:textId="77777777" w:rsidR="00BB7CEA" w:rsidRDefault="00735834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DFB9F5" w14:textId="77777777" w:rsidR="00BB7CEA" w:rsidRDefault="00735834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https://youtu.be/stqbf9vDXbc</w:t>
            </w:r>
          </w:p>
        </w:tc>
      </w:tr>
    </w:tbl>
    <w:p w14:paraId="3FFA419A" w14:textId="77777777" w:rsidR="00BB7CEA" w:rsidRDefault="00BB7CEA">
      <w:pPr>
        <w:autoSpaceDE w:val="0"/>
        <w:autoSpaceDN w:val="0"/>
        <w:spacing w:after="0" w:line="14" w:lineRule="exact"/>
      </w:pPr>
    </w:p>
    <w:p w14:paraId="7EB388E8" w14:textId="77777777" w:rsidR="00BB7CEA" w:rsidRDefault="00BB7CEA">
      <w:pPr>
        <w:sectPr w:rsidR="00BB7CEA">
          <w:pgSz w:w="16840" w:h="11900"/>
          <w:pgMar w:top="284" w:right="640" w:bottom="646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489835ED" w14:textId="77777777" w:rsidR="00BB7CEA" w:rsidRDefault="00BB7CE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450"/>
        <w:gridCol w:w="528"/>
        <w:gridCol w:w="1104"/>
        <w:gridCol w:w="1142"/>
        <w:gridCol w:w="864"/>
        <w:gridCol w:w="5090"/>
        <w:gridCol w:w="1082"/>
        <w:gridCol w:w="2774"/>
      </w:tblGrid>
      <w:tr w:rsidR="00BB7CEA" w14:paraId="1208D8F3" w14:textId="77777777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599280" w14:textId="77777777" w:rsidR="00BB7CEA" w:rsidRDefault="0073583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4.9.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560455" w14:textId="77777777" w:rsidR="00BB7CEA" w:rsidRDefault="00735834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Изобразительное искусство народов России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F0DD76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6CD4A1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25F962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DCF6B9" w14:textId="77777777" w:rsidR="00BB7CEA" w:rsidRDefault="0073583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27.04.2023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F1F40B" w14:textId="77777777" w:rsidR="00BB7CEA" w:rsidRPr="00735834" w:rsidRDefault="00735834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и объяснять особенности изобразительного искусства как вида художественного творчества;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и обосновывать важность искусства как формы трансляции культурных ценностей;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знать и называть основные темы искусства народов России;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слушать объяснения учителя, работать с научно-популярной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литературой, просматривать и анализировать учебные фильмы;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2C25DC" w14:textId="77777777" w:rsidR="00BB7CEA" w:rsidRDefault="00735834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B536ED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https://youtu.be/nOgdcC8-hK8</w:t>
            </w:r>
          </w:p>
        </w:tc>
      </w:tr>
      <w:tr w:rsidR="00BB7CEA" w14:paraId="036B6C42" w14:textId="77777777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779440" w14:textId="77777777" w:rsidR="00BB7CEA" w:rsidRDefault="0073583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4.10.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7F6160" w14:textId="77777777" w:rsidR="00BB7CEA" w:rsidRPr="00735834" w:rsidRDefault="00735834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Фольклор и литература народов России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C758C0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A46C0E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D238AB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D4BAF5" w14:textId="77777777" w:rsidR="00BB7CEA" w:rsidRDefault="0073583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04.05.2023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1523BF" w14:textId="77777777" w:rsidR="00BB7CEA" w:rsidRPr="00735834" w:rsidRDefault="00735834">
            <w:pPr>
              <w:autoSpaceDE w:val="0"/>
              <w:autoSpaceDN w:val="0"/>
              <w:spacing w:before="78" w:after="0" w:line="252" w:lineRule="auto"/>
              <w:ind w:left="72" w:right="432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понимать, что такое национальная литература;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и показывать на примерах, как произведения фольклора отражают историю народа, его духовно-нравственные ценности; отбирать и сравнивать материал из нескольких источников, решать текстовые задачи, слушать и анализировать выступления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одноклассников;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090897" w14:textId="77777777" w:rsidR="00BB7CEA" w:rsidRDefault="00735834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9B5729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https://youtu.be/5gY1uCDpky4</w:t>
            </w:r>
          </w:p>
        </w:tc>
      </w:tr>
      <w:tr w:rsidR="00BB7CEA" w14:paraId="1F92C238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24C178" w14:textId="77777777" w:rsidR="00BB7CEA" w:rsidRDefault="0073583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4.11.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1EF9D9" w14:textId="77777777" w:rsidR="00BB7CEA" w:rsidRPr="00735834" w:rsidRDefault="00735834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Бытовые традиции народов России: пища, одежда, дом (</w:t>
            </w:r>
            <w:r w:rsidRPr="00735834"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  <w:lang w:val="ru-RU"/>
              </w:rPr>
              <w:t>практическое занятие</w:t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63F132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28CC34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2EB3D8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B62DD9" w14:textId="77777777" w:rsidR="00BB7CEA" w:rsidRDefault="0073583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11.05.2023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09C981" w14:textId="77777777" w:rsidR="00BB7CEA" w:rsidRPr="00735834" w:rsidRDefault="00735834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отбирать и сравнивать учебный материал по нескольким источникам, решать текстовые задачи, слушать и анализировать выступления одноклассников, работать с научно-популярной литературой;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843460" w14:textId="77777777" w:rsidR="00BB7CEA" w:rsidRDefault="00735834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DA30E5" w14:textId="77777777" w:rsidR="00BB7CEA" w:rsidRDefault="0073583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https://youtu.be/5frpMyLJNQs</w:t>
            </w:r>
          </w:p>
        </w:tc>
      </w:tr>
      <w:tr w:rsidR="00BB7CEA" w14:paraId="1660A870" w14:textId="77777777">
        <w:trPr>
          <w:trHeight w:hRule="exact" w:val="8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31B017" w14:textId="77777777" w:rsidR="00BB7CEA" w:rsidRDefault="0073583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4.12.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3D42B6" w14:textId="77777777" w:rsidR="00BB7CEA" w:rsidRPr="00735834" w:rsidRDefault="00735834">
            <w:pPr>
              <w:autoSpaceDE w:val="0"/>
              <w:autoSpaceDN w:val="0"/>
              <w:spacing w:before="78" w:after="0" w:line="245" w:lineRule="auto"/>
              <w:ind w:right="576"/>
              <w:jc w:val="center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Культурная карта России (</w:t>
            </w:r>
            <w:r w:rsidRPr="00735834">
              <w:rPr>
                <w:rFonts w:ascii="Times New Roman" w:eastAsia="Times New Roman" w:hAnsi="Times New Roman"/>
                <w:i/>
                <w:color w:val="000000"/>
                <w:w w:val="97"/>
                <w:sz w:val="16"/>
                <w:lang w:val="ru-RU"/>
              </w:rPr>
              <w:t>практическое занятие</w:t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353096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95B6B2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8E9A17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BA2C83" w14:textId="77777777" w:rsidR="00BB7CEA" w:rsidRDefault="0073583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18.05.2023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4A745B" w14:textId="77777777" w:rsidR="00BB7CEA" w:rsidRPr="00735834" w:rsidRDefault="00735834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отбирать и сравнивать несколько источников, решать текстовые задачи, слушать и анализировать выступления одноклассников, работать с научно-популярной литературой;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5EADF0" w14:textId="77777777" w:rsidR="00BB7CEA" w:rsidRDefault="00735834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4392BA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https://youtu.be/5frpMyLJNQs</w:t>
            </w:r>
          </w:p>
        </w:tc>
      </w:tr>
      <w:tr w:rsidR="00BB7CEA" w14:paraId="6634A06E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2A9360" w14:textId="77777777" w:rsidR="00BB7CEA" w:rsidRDefault="0073583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4.13.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6496AE" w14:textId="77777777" w:rsidR="00BB7CEA" w:rsidRPr="00735834" w:rsidRDefault="00735834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Единство страны  — залог будущего России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F54BA8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643994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01E2E4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6A360C" w14:textId="77777777" w:rsidR="00BB7CEA" w:rsidRDefault="0073583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24.05.2023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A82F73" w14:textId="77777777" w:rsidR="00BB7CEA" w:rsidRPr="00735834" w:rsidRDefault="00735834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и объяснять значение общих элементов и черт в культуре разных народов России для обоснования её культурного, экономического единства;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слушать объяснения учителя, систематизировать учебный материал;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30EE05" w14:textId="77777777" w:rsidR="00BB7CEA" w:rsidRDefault="00735834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282C33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https://youtu.be/5frpMyLJNQs</w:t>
            </w:r>
          </w:p>
        </w:tc>
      </w:tr>
      <w:tr w:rsidR="00BB7CEA" w14:paraId="4AC8ECCC" w14:textId="77777777">
        <w:trPr>
          <w:trHeight w:hRule="exact" w:val="522"/>
        </w:trPr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FB7833" w14:textId="77777777" w:rsidR="00BB7CEA" w:rsidRPr="00735834" w:rsidRDefault="00735834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3F0701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FCA056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9FB718" w14:textId="77777777" w:rsidR="00BB7CEA" w:rsidRDefault="0073583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98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3FE1DF" w14:textId="77777777" w:rsidR="00BB7CEA" w:rsidRDefault="00BB7CEA"/>
        </w:tc>
      </w:tr>
    </w:tbl>
    <w:p w14:paraId="19311E36" w14:textId="77777777" w:rsidR="00BB7CEA" w:rsidRDefault="00BB7CEA">
      <w:pPr>
        <w:autoSpaceDE w:val="0"/>
        <w:autoSpaceDN w:val="0"/>
        <w:spacing w:after="0" w:line="14" w:lineRule="exact"/>
      </w:pPr>
    </w:p>
    <w:p w14:paraId="0C60B7C4" w14:textId="77777777" w:rsidR="00BB7CEA" w:rsidRDefault="00BB7CEA">
      <w:pPr>
        <w:sectPr w:rsidR="00BB7CEA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75768BE1" w14:textId="77777777" w:rsidR="00BB7CEA" w:rsidRDefault="00BB7CEA">
      <w:pPr>
        <w:autoSpaceDE w:val="0"/>
        <w:autoSpaceDN w:val="0"/>
        <w:spacing w:after="78" w:line="220" w:lineRule="exact"/>
      </w:pPr>
    </w:p>
    <w:p w14:paraId="5FE120FC" w14:textId="77777777" w:rsidR="00BB7CEA" w:rsidRDefault="00735834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236"/>
        <w:gridCol w:w="1574"/>
      </w:tblGrid>
      <w:tr w:rsidR="00BB7CEA" w14:paraId="4EB6CE56" w14:textId="77777777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BB5343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762ADF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579EAD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6F41BD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39E945" w14:textId="77777777" w:rsidR="00BB7CEA" w:rsidRDefault="00735834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BB7CEA" w14:paraId="0C8461C1" w14:textId="77777777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6A404" w14:textId="77777777" w:rsidR="00BB7CEA" w:rsidRDefault="00BB7CEA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F0113" w14:textId="77777777" w:rsidR="00BB7CEA" w:rsidRDefault="00BB7CEA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F904A8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3450D6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0DF73C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29C4D" w14:textId="77777777" w:rsidR="00BB7CEA" w:rsidRDefault="00BB7CEA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31834" w14:textId="77777777" w:rsidR="00BB7CEA" w:rsidRDefault="00BB7CEA"/>
        </w:tc>
      </w:tr>
      <w:tr w:rsidR="00BB7CEA" w14:paraId="3DDA027C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A6DAF1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2A2160" w14:textId="77777777" w:rsidR="00BB7CEA" w:rsidRPr="00735834" w:rsidRDefault="00735834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Зачем изучать курс «Основы духовно-нравственной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культуры народов России»?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4F20D7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AB9E16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DCA4DC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AD50DB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03BF98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B7CEA" w14:paraId="022C201C" w14:textId="77777777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9E27D6" w14:textId="77777777" w:rsidR="00BB7CEA" w:rsidRDefault="0073583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6B1FF3" w14:textId="77777777" w:rsidR="00BB7CEA" w:rsidRDefault="0073583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Наш дом — Россия.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B573A3" w14:textId="77777777" w:rsidR="00BB7CEA" w:rsidRDefault="0073583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21FD32" w14:textId="77777777" w:rsidR="00BB7CEA" w:rsidRDefault="0073583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FB3DDB" w14:textId="77777777" w:rsidR="00BB7CEA" w:rsidRDefault="0073583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80DA77" w14:textId="77777777" w:rsidR="00BB7CEA" w:rsidRDefault="00735834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49F43F" w14:textId="77777777" w:rsidR="00BB7CEA" w:rsidRDefault="00735834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B7CEA" w14:paraId="4A0E3D33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D8722A" w14:textId="77777777" w:rsidR="00BB7CEA" w:rsidRDefault="0073583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A0A49B" w14:textId="77777777" w:rsidR="00BB7CEA" w:rsidRDefault="0073583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Язык и история.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D795B8" w14:textId="77777777" w:rsidR="00BB7CEA" w:rsidRDefault="0073583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976B4A" w14:textId="77777777" w:rsidR="00BB7CEA" w:rsidRDefault="0073583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FBDF9B" w14:textId="77777777" w:rsidR="00BB7CEA" w:rsidRDefault="0073583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BE2277" w14:textId="77777777" w:rsidR="00BB7CEA" w:rsidRDefault="00735834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3CEAF2" w14:textId="77777777" w:rsidR="00BB7CEA" w:rsidRDefault="00735834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B7CEA" w14:paraId="3B6D5B5A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4EADF6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748771" w14:textId="77777777" w:rsidR="00BB7CEA" w:rsidRPr="00735834" w:rsidRDefault="00735834">
            <w:pPr>
              <w:autoSpaceDE w:val="0"/>
              <w:autoSpaceDN w:val="0"/>
              <w:spacing w:before="98" w:after="0" w:line="271" w:lineRule="auto"/>
              <w:ind w:left="72" w:right="864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Русский язык — язык общения и язык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возможностей.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7CC20F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2D8247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EBCCEA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20EECC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75CE04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B7CEA" w14:paraId="13F0FFB0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5654BF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FE276A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Истоки родной культуры.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3AC314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5AD199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27B3AD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24A634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08CEC3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B7CEA" w14:paraId="6E91DD2D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8DBC2F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792839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Материальная культура.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08E1AF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C6BB48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0BA8A6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51CCEF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2FC47E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B7CEA" w14:paraId="49B55ECE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DF0B85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C9D70A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Духовная культура.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4B7FDD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7503F9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263441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AFA8C8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EAF492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B7CEA" w14:paraId="74056221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02CF8A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E0BEA4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Культура и религия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FE8DCB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927406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79C467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705C10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88B7F1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B7CEA" w14:paraId="33160B57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927411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7B6F31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Культура и образование.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657B6D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3CC928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FDE517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4A69DD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CC1A33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B7CEA" w14:paraId="22D3997F" w14:textId="77777777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BDE956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AD7530" w14:textId="77777777" w:rsidR="00BB7CEA" w:rsidRPr="00735834" w:rsidRDefault="00735834">
            <w:pPr>
              <w:autoSpaceDE w:val="0"/>
              <w:autoSpaceDN w:val="0"/>
              <w:spacing w:before="98" w:after="0" w:line="274" w:lineRule="auto"/>
              <w:ind w:left="72" w:right="720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Многообразие культур России (практическое занятие)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75907A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344A3A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10457F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46FC58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4B8254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BB7CEA" w14:paraId="41E2B725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B473D5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CC6BEC" w14:textId="77777777" w:rsidR="00BB7CEA" w:rsidRPr="00735834" w:rsidRDefault="00735834">
            <w:pPr>
              <w:autoSpaceDE w:val="0"/>
              <w:autoSpaceDN w:val="0"/>
              <w:spacing w:before="98" w:after="0" w:line="271" w:lineRule="auto"/>
              <w:ind w:left="72" w:right="720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Многообразие культур России (практическое занятие)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5529C2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2FB5F7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64B14D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F2B861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98402C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B7CEA" w14:paraId="44C55DD8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98D425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0F50C7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Семья — хранитель духовных ценностей.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9ACB1F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6F1C28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9817B3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D220D1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41D641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B7CEA" w14:paraId="1837EBBD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AE0654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359CB5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Родина начинается с семьи.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C99D94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AEF7BA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6286EB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DEB1DF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5AA350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B7CEA" w14:paraId="3A68EAAC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5B6390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07641B" w14:textId="77777777" w:rsidR="00BB7CEA" w:rsidRPr="00735834" w:rsidRDefault="00735834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Традиции семейного воспитания в России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981CA8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8FF906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514A87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A4CD86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6D5529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B7CEA" w14:paraId="568E2493" w14:textId="77777777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FFAE16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C66786" w14:textId="77777777" w:rsidR="00BB7CEA" w:rsidRPr="00735834" w:rsidRDefault="00735834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Образ семьи в культуре народов России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7E37E1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326F0E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DB4E66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5B4F28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23.12.2022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F8A2E6" w14:textId="77777777" w:rsidR="00BB7CEA" w:rsidRDefault="00735834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</w:tbl>
    <w:p w14:paraId="261DFF22" w14:textId="77777777" w:rsidR="00BB7CEA" w:rsidRDefault="00BB7CEA">
      <w:pPr>
        <w:autoSpaceDE w:val="0"/>
        <w:autoSpaceDN w:val="0"/>
        <w:spacing w:after="0" w:line="14" w:lineRule="exact"/>
      </w:pPr>
    </w:p>
    <w:p w14:paraId="67D18C1F" w14:textId="77777777" w:rsidR="00BB7CEA" w:rsidRDefault="00BB7CEA">
      <w:pPr>
        <w:sectPr w:rsidR="00BB7CEA">
          <w:pgSz w:w="11900" w:h="16840"/>
          <w:pgMar w:top="298" w:right="650" w:bottom="280" w:left="666" w:header="720" w:footer="720" w:gutter="0"/>
          <w:cols w:space="720" w:equalWidth="0">
            <w:col w:w="10584" w:space="0"/>
          </w:cols>
          <w:docGrid w:linePitch="360"/>
        </w:sect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236"/>
        <w:gridCol w:w="1574"/>
      </w:tblGrid>
      <w:tr w:rsidR="00BB7CEA" w14:paraId="57DB52C7" w14:textId="77777777">
        <w:trPr>
          <w:trHeight w:hRule="exact" w:val="834"/>
        </w:trPr>
        <w:tc>
          <w:tcPr>
            <w:tcW w:w="5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F97A1E" w14:textId="77777777" w:rsidR="00BB7CEA" w:rsidRDefault="00BB7CEA"/>
        </w:tc>
        <w:tc>
          <w:tcPr>
            <w:tcW w:w="32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CED094" w14:textId="77777777" w:rsidR="00BB7CEA" w:rsidRDefault="00BB7CEA"/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248506" w14:textId="77777777" w:rsidR="00BB7CEA" w:rsidRDefault="00BB7CEA"/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10070D" w14:textId="77777777" w:rsidR="00BB7CEA" w:rsidRDefault="00BB7CEA"/>
        </w:tc>
        <w:tc>
          <w:tcPr>
            <w:tcW w:w="1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EB6FB1" w14:textId="77777777" w:rsidR="00BB7CEA" w:rsidRDefault="00BB7CEA"/>
        </w:tc>
        <w:tc>
          <w:tcPr>
            <w:tcW w:w="12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289757" w14:textId="77777777" w:rsidR="00BB7CEA" w:rsidRDefault="00BB7CEA"/>
        </w:tc>
        <w:tc>
          <w:tcPr>
            <w:tcW w:w="1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42CDBC" w14:textId="77777777" w:rsidR="00BB7CEA" w:rsidRDefault="00BB7CEA"/>
        </w:tc>
      </w:tr>
    </w:tbl>
    <w:p w14:paraId="14037FF4" w14:textId="77777777" w:rsidR="00BB7CEA" w:rsidRDefault="00BB7CEA">
      <w:pPr>
        <w:autoSpaceDE w:val="0"/>
        <w:autoSpaceDN w:val="0"/>
        <w:spacing w:after="0" w:line="822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236"/>
        <w:gridCol w:w="1574"/>
      </w:tblGrid>
      <w:tr w:rsidR="00BB7CEA" w14:paraId="1B0CB6B8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506E15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9C0F8B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Труд в истории семьи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0D2142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C1D20B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A3CD81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0FC214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95488B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B7CEA" w14:paraId="0AB95D4B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CA697D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3DC689" w14:textId="77777777" w:rsidR="00BB7CEA" w:rsidRPr="00735834" w:rsidRDefault="00735834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Семья в современном мире (практическое занятие).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F665B7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A8DF30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87401C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B31577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4B3EEA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BB7CEA" w14:paraId="4F9C8BBD" w14:textId="77777777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3CC843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DB66CB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Личность — общество —культура.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0332EB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C52B8D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249351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34751F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7E1947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B7CEA" w14:paraId="00BB796A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A9AE6C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953A20" w14:textId="77777777" w:rsidR="00BB7CEA" w:rsidRPr="00735834" w:rsidRDefault="0073583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Духовный мир человека.</w:t>
            </w:r>
          </w:p>
          <w:p w14:paraId="7AE3D61B" w14:textId="77777777" w:rsidR="00BB7CEA" w:rsidRPr="00735834" w:rsidRDefault="00735834">
            <w:pPr>
              <w:autoSpaceDE w:val="0"/>
              <w:autoSpaceDN w:val="0"/>
              <w:spacing w:before="72" w:after="0" w:line="230" w:lineRule="auto"/>
              <w:jc w:val="center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Человек — творец культуры.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99CD03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5AA1AA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F8CBBA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AC77A8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77671B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B7CEA" w14:paraId="1754ECF6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2D7BB3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EF5199" w14:textId="77777777" w:rsidR="00BB7CEA" w:rsidRPr="00735834" w:rsidRDefault="00735834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Личность и духовно-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нравственные ценности.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1A628A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43256C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FF592F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0D1559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F8D6CA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B7CEA" w14:paraId="0E59448F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134A39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1330AA" w14:textId="77777777" w:rsidR="00BB7CEA" w:rsidRPr="00735834" w:rsidRDefault="00735834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Историческая память как духовно-нравственная </w:t>
            </w:r>
            <w:r w:rsidRPr="00735834">
              <w:rPr>
                <w:lang w:val="ru-RU"/>
              </w:rPr>
              <w:br/>
            </w:r>
            <w:r w:rsidRPr="0073583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ценность.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3EE04B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2F84DF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0940DF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0A6708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1F6457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B7CEA" w14:paraId="7DB2C11B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A7EB75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00A23F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 w:right="100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Литература как язык культуры.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5D3450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ACAA6B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129E0B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45D74D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616D80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B7CEA" w14:paraId="23C8BEBB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A72171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BAD6FA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Взаимовлияние культур.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D5F003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658FF5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50A749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2E69F9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A42FC0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B7CEA" w14:paraId="103DC883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49C793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7A42B9" w14:textId="77777777" w:rsidR="00BB7CEA" w:rsidRPr="00735834" w:rsidRDefault="00735834">
            <w:pPr>
              <w:autoSpaceDE w:val="0"/>
              <w:autoSpaceDN w:val="0"/>
              <w:spacing w:before="98" w:after="0" w:line="271" w:lineRule="auto"/>
              <w:ind w:left="72" w:right="720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Духовно-нравственные ценности российского народа.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5E7166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3126C1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A885A3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1BC204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EEDA69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B7CEA" w14:paraId="7AC8727D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41FF51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EC82F7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Регионы России: культурное многообразие.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6934F1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20DB05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7EFDA6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D590F1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26138B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B7CEA" w14:paraId="3BD4DA95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DD320C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D5F451" w14:textId="77777777" w:rsidR="00BB7CEA" w:rsidRPr="00735834" w:rsidRDefault="00735834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Праздники в культуре народов России.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0A87F1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0DEB16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009039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A99D65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30.03.2023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07F87E" w14:textId="77777777" w:rsidR="00BB7CEA" w:rsidRDefault="00735834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BB7CEA" w14:paraId="03BEFE54" w14:textId="77777777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D253AD" w14:textId="77777777" w:rsidR="00BB7CEA" w:rsidRDefault="00735834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E113F9" w14:textId="77777777" w:rsidR="00BB7CEA" w:rsidRPr="00735834" w:rsidRDefault="00735834">
            <w:pPr>
              <w:autoSpaceDE w:val="0"/>
              <w:autoSpaceDN w:val="0"/>
              <w:spacing w:before="100" w:after="0" w:line="262" w:lineRule="auto"/>
              <w:ind w:right="432"/>
              <w:jc w:val="center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Памятники архитектуры в культуре народов России.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C828AD" w14:textId="77777777" w:rsidR="00BB7CEA" w:rsidRDefault="0073583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CD3A01" w14:textId="77777777" w:rsidR="00BB7CEA" w:rsidRDefault="0073583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372B4D" w14:textId="77777777" w:rsidR="00BB7CEA" w:rsidRDefault="0073583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851B64" w14:textId="77777777" w:rsidR="00BB7CEA" w:rsidRDefault="00735834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788CD1" w14:textId="77777777" w:rsidR="00BB7CEA" w:rsidRDefault="00735834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B7CEA" w14:paraId="6C990872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2F8C2B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213B8B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Музыкальная культура народов России.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F608E2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BF8139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CD2740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6776ED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4A472A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B7CEA" w14:paraId="2D8458BF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E5F6B9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36F40C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Изобразительное искусство народов России.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3D25DC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E236ED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61D8F2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CC9440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606160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B7CEA" w14:paraId="60947B90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4D6C0E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3738AB" w14:textId="77777777" w:rsidR="00BB7CEA" w:rsidRPr="00735834" w:rsidRDefault="00735834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Фольклор и литература народов России.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85BAF4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6223BD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0208AB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13371A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35B604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B7CEA" w14:paraId="04E81B3A" w14:textId="77777777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55216C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F00B78" w14:textId="77777777" w:rsidR="00BB7CEA" w:rsidRPr="00735834" w:rsidRDefault="00735834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Бытовые традиции народов России: пища, одежда, дом (практическое занятие).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F4CF43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C020EC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BBC092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D77BC8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04.05.2023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B459DC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</w:tbl>
    <w:p w14:paraId="57692C6D" w14:textId="77777777" w:rsidR="00BB7CEA" w:rsidRDefault="00BB7CEA">
      <w:pPr>
        <w:autoSpaceDE w:val="0"/>
        <w:autoSpaceDN w:val="0"/>
        <w:spacing w:after="0" w:line="14" w:lineRule="exact"/>
      </w:pPr>
    </w:p>
    <w:p w14:paraId="78DA3FD0" w14:textId="77777777" w:rsidR="00BB7CEA" w:rsidRDefault="00BB7CEA">
      <w:pPr>
        <w:autoSpaceDE w:val="0"/>
        <w:autoSpaceDN w:val="0"/>
        <w:spacing w:after="0" w:line="14" w:lineRule="exact"/>
      </w:pPr>
    </w:p>
    <w:p w14:paraId="67CF162E" w14:textId="77777777" w:rsidR="00BB7CEA" w:rsidRDefault="00BB7CEA">
      <w:pPr>
        <w:sectPr w:rsidR="00BB7CEA">
          <w:pgSz w:w="11900" w:h="16840"/>
          <w:pgMar w:top="0" w:right="650" w:bottom="584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0E92DA3A" w14:textId="77777777" w:rsidR="00BB7CEA" w:rsidRDefault="00BB7CE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236"/>
        <w:gridCol w:w="1574"/>
      </w:tblGrid>
      <w:tr w:rsidR="00BB7CEA" w14:paraId="3722C90B" w14:textId="77777777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CA8BAF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5D7D49" w14:textId="77777777" w:rsidR="00BB7CEA" w:rsidRPr="00735834" w:rsidRDefault="00735834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Бытовые традиции народов России: пища, одежда, дом (практическое занятие).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9C22A6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EA1EEF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B18E7E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B43F2F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E8A585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BB7CEA" w14:paraId="3F7571F8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8769C9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F2261B" w14:textId="77777777" w:rsidR="00BB7CEA" w:rsidRPr="00735834" w:rsidRDefault="00735834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Культурная карта России (практическое занятие).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AC845E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5EEA96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5A3E34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113632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58E5D1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BB7CEA" w14:paraId="5E14DE52" w14:textId="77777777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A2186E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8FE590" w14:textId="77777777" w:rsidR="00BB7CEA" w:rsidRPr="00735834" w:rsidRDefault="00735834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Единство страны — залог будущего России.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66A897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5E9C8B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A86BB8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3948E9" w14:textId="77777777" w:rsidR="00BB7CEA" w:rsidRDefault="0073583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AEEF07" w14:textId="77777777" w:rsidR="00BB7CEA" w:rsidRDefault="0073583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B7CEA" w14:paraId="2158CEF7" w14:textId="77777777">
        <w:trPr>
          <w:trHeight w:hRule="exact" w:val="808"/>
        </w:trPr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A1D684" w14:textId="77777777" w:rsidR="00BB7CEA" w:rsidRPr="00735834" w:rsidRDefault="00735834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73583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AF60EB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25DE7B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D4D6A0" w14:textId="77777777" w:rsidR="00BB7CEA" w:rsidRDefault="0073583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3A659A" w14:textId="77777777" w:rsidR="00BB7CEA" w:rsidRDefault="00BB7CEA"/>
        </w:tc>
      </w:tr>
    </w:tbl>
    <w:p w14:paraId="6708A3AF" w14:textId="77777777" w:rsidR="00BB7CEA" w:rsidRDefault="00BB7CEA">
      <w:pPr>
        <w:autoSpaceDE w:val="0"/>
        <w:autoSpaceDN w:val="0"/>
        <w:spacing w:after="0" w:line="14" w:lineRule="exact"/>
      </w:pPr>
    </w:p>
    <w:p w14:paraId="517C5521" w14:textId="77777777" w:rsidR="00BB7CEA" w:rsidRDefault="00BB7CEA">
      <w:pPr>
        <w:sectPr w:rsidR="00BB7CEA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9DAA3B0" w14:textId="77777777" w:rsidR="00BB7CEA" w:rsidRDefault="00BB7CEA">
      <w:pPr>
        <w:autoSpaceDE w:val="0"/>
        <w:autoSpaceDN w:val="0"/>
        <w:spacing w:after="78" w:line="220" w:lineRule="exact"/>
      </w:pPr>
    </w:p>
    <w:p w14:paraId="43C66277" w14:textId="77777777" w:rsidR="00BB7CEA" w:rsidRDefault="00735834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14:paraId="2CBC4CAB" w14:textId="77777777" w:rsidR="00BB7CEA" w:rsidRDefault="00735834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14:paraId="4ED60301" w14:textId="77777777" w:rsidR="00BB7CEA" w:rsidRPr="00735834" w:rsidRDefault="00735834">
      <w:pPr>
        <w:autoSpaceDE w:val="0"/>
        <w:autoSpaceDN w:val="0"/>
        <w:spacing w:before="166" w:after="0" w:line="288" w:lineRule="auto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Виноградова Н.Ф., Основы духовно-нравственной культуры народов России, 5 класс. Акционерное общество «Издательство «Просвещение»; 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Виноградова Н.Ф., Власенко В.И., Поляков А.В., Основы духовно-нравственной культуры народов России, 5 класс. Общество с ограниченной ответственностью «Издательский центр ВЕНТАНА-ГРАФ»; Акционерное общество «Издательство Просвещение»; 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Протоиерей Виктор Дорофеев, Янушкявичене О.Л., Основы духовно-нравственной культуры народов России. Основы православной культуры, 5 класс. ООО «Русское слово-учебник»; 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Сахаров А.Н., Кочегаров К.А., Мухаметшин Р.М., под редакцией Сахарова А.Н., Основы духовно-нравственной культуры народов России. Основы религиозных культур народов России, 5 класс. ООО«Русское слово-учебник»; 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Студеникин М.Т., Основы духовно-нравственной культуры народов России. Основы светской этики, 5 класс. ООО «Русское слово-учебник»; 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Метлик И.В., Потаповская О.М., Основы духовно-нравственной культуры народов России.</w:t>
      </w:r>
    </w:p>
    <w:p w14:paraId="033E10C3" w14:textId="77777777" w:rsidR="00BB7CEA" w:rsidRPr="00735834" w:rsidRDefault="00735834">
      <w:pPr>
        <w:autoSpaceDE w:val="0"/>
        <w:autoSpaceDN w:val="0"/>
        <w:spacing w:before="70" w:after="0" w:line="281" w:lineRule="auto"/>
        <w:ind w:right="576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Православная культура, 5 класс. ООО «Русское слово-учебник»; 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Шевченко Л.Л., Основы духовно-нравственной культуры народов России. Основы православной культуры, 5 класс. Общество с ограниченной ответственностью «Центр поддержки культурно-исторических традиций Отечества»; 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14:paraId="7F15C2AE" w14:textId="77777777" w:rsidR="00BB7CEA" w:rsidRPr="00735834" w:rsidRDefault="00735834">
      <w:pPr>
        <w:autoSpaceDE w:val="0"/>
        <w:autoSpaceDN w:val="0"/>
        <w:spacing w:before="262" w:after="0" w:line="230" w:lineRule="auto"/>
        <w:rPr>
          <w:lang w:val="ru-RU"/>
        </w:rPr>
      </w:pPr>
      <w:r w:rsidRPr="00735834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14:paraId="00DA961D" w14:textId="77777777" w:rsidR="00BB7CEA" w:rsidRPr="00735834" w:rsidRDefault="00735834">
      <w:pPr>
        <w:autoSpaceDE w:val="0"/>
        <w:autoSpaceDN w:val="0"/>
        <w:spacing w:before="166" w:after="0" w:line="262" w:lineRule="auto"/>
        <w:ind w:right="576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Основы духовно-нравственной культуры народов России 5 класс. Методические рекомендации -Наталья Виноградова.</w:t>
      </w:r>
    </w:p>
    <w:p w14:paraId="5CBD752E" w14:textId="77777777" w:rsidR="00BB7CEA" w:rsidRPr="00735834" w:rsidRDefault="00735834">
      <w:pPr>
        <w:autoSpaceDE w:val="0"/>
        <w:autoSpaceDN w:val="0"/>
        <w:spacing w:before="262" w:after="0" w:line="230" w:lineRule="auto"/>
        <w:rPr>
          <w:lang w:val="ru-RU"/>
        </w:rPr>
      </w:pPr>
      <w:r w:rsidRPr="00735834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6B454AB7" w14:textId="77777777" w:rsidR="00BB7CEA" w:rsidRPr="00735834" w:rsidRDefault="00735834">
      <w:pPr>
        <w:autoSpaceDE w:val="0"/>
        <w:autoSpaceDN w:val="0"/>
        <w:spacing w:before="16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artprojekt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 - энциклопедия искусства - галереи, история искусства.</w:t>
      </w:r>
    </w:p>
    <w:p w14:paraId="5C502E16" w14:textId="77777777" w:rsidR="00BB7CEA" w:rsidRPr="00735834" w:rsidRDefault="00735834">
      <w:pPr>
        <w:autoSpaceDE w:val="0"/>
        <w:autoSpaceDN w:val="0"/>
        <w:spacing w:before="406" w:after="0" w:line="271" w:lineRule="auto"/>
        <w:ind w:right="144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smirnova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net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/ - гид по музеям мира и галереям.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mifolog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/ - подробная энциклопедия по мифологии с текстами.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fashion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artyx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/ - «Иллюстрированная энциклопедия моды».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://100</w:t>
      </w:r>
      <w:r>
        <w:rPr>
          <w:rFonts w:ascii="Times New Roman" w:eastAsia="Times New Roman" w:hAnsi="Times New Roman"/>
          <w:color w:val="000000"/>
          <w:sz w:val="24"/>
        </w:rPr>
        <w:t>oper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nm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/ - книга «100 опер».</w:t>
      </w:r>
    </w:p>
    <w:p w14:paraId="0B04F982" w14:textId="77777777" w:rsidR="00BB7CEA" w:rsidRPr="00735834" w:rsidRDefault="00735834">
      <w:pPr>
        <w:autoSpaceDE w:val="0"/>
        <w:autoSpaceDN w:val="0"/>
        <w:spacing w:before="408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greekroman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 - электронная энциклопедия древнегреческой и древнеримской мифологии.</w:t>
      </w:r>
    </w:p>
    <w:p w14:paraId="58E498D6" w14:textId="77777777" w:rsidR="00BB7CEA" w:rsidRPr="00735834" w:rsidRDefault="00735834">
      <w:pPr>
        <w:autoSpaceDE w:val="0"/>
        <w:autoSpaceDN w:val="0"/>
        <w:spacing w:before="70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cbook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peoples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/ - электронная энциклопедия «Народы и религии мира».</w:t>
      </w:r>
    </w:p>
    <w:p w14:paraId="54C834D0" w14:textId="77777777" w:rsidR="00BB7CEA" w:rsidRPr="00735834" w:rsidRDefault="00735834">
      <w:pPr>
        <w:autoSpaceDE w:val="0"/>
        <w:autoSpaceDN w:val="0"/>
        <w:spacing w:before="70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witcombe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sbc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ARTHLinks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html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 - сайт с ресурсом ссылок по истории искусства.</w:t>
      </w:r>
    </w:p>
    <w:p w14:paraId="1F9EFF0F" w14:textId="77777777" w:rsidR="00BB7CEA" w:rsidRPr="00735834" w:rsidRDefault="00735834">
      <w:pPr>
        <w:autoSpaceDE w:val="0"/>
        <w:autoSpaceDN w:val="0"/>
        <w:spacing w:before="70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huntfor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arthistory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/ - энциклопедия по истории изобразительных искусств.</w:t>
      </w:r>
    </w:p>
    <w:p w14:paraId="31ABA0B7" w14:textId="77777777" w:rsidR="00BB7CEA" w:rsidRPr="00735834" w:rsidRDefault="00735834">
      <w:pPr>
        <w:autoSpaceDE w:val="0"/>
        <w:autoSpaceDN w:val="0"/>
        <w:spacing w:before="70" w:after="0" w:line="271" w:lineRule="auto"/>
        <w:ind w:right="1008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rsl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/ - сайт российской государственной библиотеки.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eart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by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 -иллюстрированный словарь по искусству.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artcyclopedia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 - иллюстрированная энциклопедия по искусству.</w:t>
      </w:r>
    </w:p>
    <w:p w14:paraId="20416426" w14:textId="77777777" w:rsidR="00BB7CEA" w:rsidRPr="00735834" w:rsidRDefault="00735834">
      <w:pPr>
        <w:autoSpaceDE w:val="0"/>
        <w:autoSpaceDN w:val="0"/>
        <w:spacing w:before="406" w:after="0" w:line="271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ccel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wheaton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wwsb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/ - текст Библии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islamcivil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 - материалы по Исламской цивилизации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experiment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opk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pravolimp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lesson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 - методическое обеспечение уроков по предмету«Основы православной культуры» для 4-5 кл. (рисунки, аудио-видео-иллюстрации)</w:t>
      </w:r>
    </w:p>
    <w:p w14:paraId="07ABCD37" w14:textId="77777777" w:rsidR="00BB7CEA" w:rsidRPr="00735834" w:rsidRDefault="00735834">
      <w:pPr>
        <w:autoSpaceDE w:val="0"/>
        <w:autoSpaceDN w:val="0"/>
        <w:spacing w:before="406" w:after="0" w:line="262" w:lineRule="auto"/>
        <w:ind w:right="720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religio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/ - Мир религий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or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/ - Православие в России 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gumfak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 -Электронная гуманитарная библиотека 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gmir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 xml:space="preserve"> - Государственный музей истории религии</w:t>
      </w:r>
    </w:p>
    <w:p w14:paraId="64EC6E6D" w14:textId="77777777" w:rsidR="00BB7CEA" w:rsidRPr="00735834" w:rsidRDefault="00BB7CEA">
      <w:pPr>
        <w:rPr>
          <w:lang w:val="ru-RU"/>
        </w:rPr>
        <w:sectPr w:rsidR="00BB7CEA" w:rsidRPr="00735834">
          <w:pgSz w:w="11900" w:h="16840"/>
          <w:pgMar w:top="298" w:right="646" w:bottom="290" w:left="666" w:header="720" w:footer="720" w:gutter="0"/>
          <w:cols w:space="720" w:equalWidth="0">
            <w:col w:w="10588" w:space="0"/>
          </w:cols>
          <w:docGrid w:linePitch="360"/>
        </w:sectPr>
      </w:pPr>
    </w:p>
    <w:p w14:paraId="5D553552" w14:textId="77777777" w:rsidR="00BB7CEA" w:rsidRPr="00735834" w:rsidRDefault="00BB7CEA">
      <w:pPr>
        <w:autoSpaceDE w:val="0"/>
        <w:autoSpaceDN w:val="0"/>
        <w:spacing w:after="96" w:line="220" w:lineRule="exact"/>
        <w:rPr>
          <w:lang w:val="ru-RU"/>
        </w:rPr>
      </w:pPr>
    </w:p>
    <w:p w14:paraId="28EB6FF2" w14:textId="77777777" w:rsidR="00BB7CEA" w:rsidRPr="00735834" w:rsidRDefault="00735834">
      <w:pPr>
        <w:autoSpaceDE w:val="0"/>
        <w:autoSpaceDN w:val="0"/>
        <w:spacing w:after="0" w:line="230" w:lineRule="auto"/>
        <w:jc w:val="center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://2</w:t>
      </w:r>
      <w:r>
        <w:rPr>
          <w:rFonts w:ascii="Times New Roman" w:eastAsia="Times New Roman" w:hAnsi="Times New Roman"/>
          <w:color w:val="000000"/>
          <w:sz w:val="24"/>
        </w:rPr>
        <w:t>berega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spb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user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nizhnik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65/</w:t>
      </w:r>
      <w:r>
        <w:rPr>
          <w:rFonts w:ascii="Times New Roman" w:eastAsia="Times New Roman" w:hAnsi="Times New Roman"/>
          <w:color w:val="000000"/>
          <w:sz w:val="24"/>
        </w:rPr>
        <w:t>folder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/22663/ - материал (презентации, разработки уроков) по</w:t>
      </w:r>
    </w:p>
    <w:p w14:paraId="6B3252A1" w14:textId="77777777" w:rsidR="00BB7CEA" w:rsidRPr="00735834" w:rsidRDefault="00735834">
      <w:pPr>
        <w:autoSpaceDE w:val="0"/>
        <w:autoSpaceDN w:val="0"/>
        <w:spacing w:before="406" w:after="0" w:line="230" w:lineRule="auto"/>
        <w:rPr>
          <w:lang w:val="ru-RU"/>
        </w:rPr>
      </w:pP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основам православной культуры</w:t>
      </w:r>
    </w:p>
    <w:p w14:paraId="0498E1C7" w14:textId="77777777" w:rsidR="00BB7CEA" w:rsidRPr="00735834" w:rsidRDefault="00BB7CEA">
      <w:pPr>
        <w:rPr>
          <w:lang w:val="ru-RU"/>
        </w:rPr>
        <w:sectPr w:rsidR="00BB7CEA" w:rsidRPr="00735834">
          <w:pgSz w:w="11900" w:h="16840"/>
          <w:pgMar w:top="316" w:right="1378" w:bottom="1440" w:left="666" w:header="720" w:footer="720" w:gutter="0"/>
          <w:cols w:space="720" w:equalWidth="0">
            <w:col w:w="9856" w:space="0"/>
          </w:cols>
          <w:docGrid w:linePitch="360"/>
        </w:sectPr>
      </w:pPr>
    </w:p>
    <w:p w14:paraId="781A495C" w14:textId="77777777" w:rsidR="00BB7CEA" w:rsidRPr="00735834" w:rsidRDefault="00BB7CEA">
      <w:pPr>
        <w:autoSpaceDE w:val="0"/>
        <w:autoSpaceDN w:val="0"/>
        <w:spacing w:after="78" w:line="220" w:lineRule="exact"/>
        <w:rPr>
          <w:lang w:val="ru-RU"/>
        </w:rPr>
      </w:pPr>
    </w:p>
    <w:p w14:paraId="237D45DC" w14:textId="77777777" w:rsidR="00BB7CEA" w:rsidRPr="00735834" w:rsidRDefault="00735834">
      <w:pPr>
        <w:autoSpaceDE w:val="0"/>
        <w:autoSpaceDN w:val="0"/>
        <w:spacing w:after="0" w:line="230" w:lineRule="auto"/>
        <w:rPr>
          <w:lang w:val="ru-RU"/>
        </w:rPr>
      </w:pPr>
      <w:r w:rsidRPr="00735834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14:paraId="17EDD115" w14:textId="77777777" w:rsidR="00BB7CEA" w:rsidRPr="00735834" w:rsidRDefault="00735834">
      <w:pPr>
        <w:autoSpaceDE w:val="0"/>
        <w:autoSpaceDN w:val="0"/>
        <w:spacing w:before="346" w:after="0" w:line="302" w:lineRule="auto"/>
        <w:ind w:right="7200"/>
        <w:rPr>
          <w:lang w:val="ru-RU"/>
        </w:rPr>
      </w:pPr>
      <w:r w:rsidRPr="0073583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УЧЕБНОЕ ОБОРУДОВАНИЕ </w:t>
      </w:r>
      <w:r w:rsidRPr="00735834">
        <w:rPr>
          <w:lang w:val="ru-RU"/>
        </w:rPr>
        <w:br/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Мультимедиа, карты</w:t>
      </w:r>
    </w:p>
    <w:p w14:paraId="197AC309" w14:textId="77777777" w:rsidR="00BB7CEA" w:rsidRPr="00735834" w:rsidRDefault="00735834">
      <w:pPr>
        <w:autoSpaceDE w:val="0"/>
        <w:autoSpaceDN w:val="0"/>
        <w:spacing w:before="598" w:after="0" w:line="302" w:lineRule="auto"/>
        <w:ind w:right="3024"/>
        <w:rPr>
          <w:lang w:val="ru-RU"/>
        </w:rPr>
      </w:pPr>
      <w:r w:rsidRPr="00735834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ОБОРУДОВАНИЕ ДЛЯ ПРОВЕДЕНИЯ ПРАКТИЧЕСКИХ РАБОТ </w:t>
      </w:r>
      <w:r w:rsidRPr="00735834">
        <w:rPr>
          <w:rFonts w:ascii="Times New Roman" w:eastAsia="Times New Roman" w:hAnsi="Times New Roman"/>
          <w:color w:val="000000"/>
          <w:sz w:val="24"/>
          <w:lang w:val="ru-RU"/>
        </w:rPr>
        <w:t>Мультимедиа</w:t>
      </w:r>
    </w:p>
    <w:p w14:paraId="1598F0C9" w14:textId="77777777" w:rsidR="00BB7CEA" w:rsidRPr="00735834" w:rsidRDefault="00BB7CEA">
      <w:pPr>
        <w:rPr>
          <w:lang w:val="ru-RU"/>
        </w:rPr>
        <w:sectPr w:rsidR="00BB7CEA" w:rsidRPr="00735834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75A118F" w14:textId="77777777" w:rsidR="00735834" w:rsidRPr="00735834" w:rsidRDefault="00735834">
      <w:pPr>
        <w:rPr>
          <w:lang w:val="ru-RU"/>
        </w:rPr>
      </w:pPr>
    </w:p>
    <w:sectPr w:rsidR="00735834" w:rsidRPr="00735834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3F4A93"/>
    <w:rsid w:val="004F0AD4"/>
    <w:rsid w:val="00593087"/>
    <w:rsid w:val="00735834"/>
    <w:rsid w:val="008E500D"/>
    <w:rsid w:val="00AA1D8D"/>
    <w:rsid w:val="00B47730"/>
    <w:rsid w:val="00BB7CEA"/>
    <w:rsid w:val="00CB0664"/>
    <w:rsid w:val="00D7664E"/>
    <w:rsid w:val="00F533D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C62699D"/>
  <w14:defaultImageDpi w14:val="300"/>
  <w15:docId w15:val="{E67168D8-2AAF-44C5-A643-C9AC47B02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BE44CB-583B-432A-94C1-C11F5EE85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29</Pages>
  <Words>8992</Words>
  <Characters>51259</Characters>
  <Application>Microsoft Office Word</Application>
  <DocSecurity>0</DocSecurity>
  <Lines>427</Lines>
  <Paragraphs>120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60131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Elena Novikova</cp:lastModifiedBy>
  <cp:revision>7</cp:revision>
  <dcterms:created xsi:type="dcterms:W3CDTF">2013-12-23T23:15:00Z</dcterms:created>
  <dcterms:modified xsi:type="dcterms:W3CDTF">2023-09-14T13:39:00Z</dcterms:modified>
  <cp:category/>
</cp:coreProperties>
</file>